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DEMAND</w:t>
      </w:r>
    </w:p>
    <w:p/>
    <w:p/>
    <w:p>
      <w:r>
        <w:rPr>
          <w:b/>
          <w:sz w:val="20"/>
        </w:rPr>
        <w:t>To:</w:t>
      </w:r>
    </w:p>
    <w:p>
      <w:r>
        <w:rPr>
          <w:b w:val="0"/>
          <w:sz w:val="20"/>
        </w:rPr>
        <w:t>Name: ____________________________________________________________</w:t>
      </w:r>
    </w:p>
    <w:p>
      <w:r>
        <w:rPr>
          <w:b w:val="0"/>
          <w:sz w:val="20"/>
        </w:rPr>
        <w:t>Address: _________________________________________________________</w:t>
      </w:r>
    </w:p>
    <w:p>
      <w:r>
        <w:rPr>
          <w:b w:val="0"/>
          <w:sz w:val="20"/>
        </w:rPr>
        <w:t>City, State, ZIP: _________________________________________________</w:t>
      </w:r>
    </w:p>
    <w:p>
      <w:r>
        <w:rPr>
          <w:b w:val="0"/>
          <w:sz w:val="20"/>
        </w:rPr>
        <w:t>Email: ____________________________________________________________</w:t>
      </w:r>
    </w:p>
    <w:p>
      <w:r>
        <w:rPr>
          <w:b w:val="0"/>
          <w:sz w:val="20"/>
        </w:rPr>
        <w:t>Phone: ____________________________________________________________</w:t>
      </w:r>
    </w:p>
    <w:p/>
    <w:p/>
    <w:p>
      <w:r>
        <w:rPr>
          <w:b/>
          <w:sz w:val="20"/>
        </w:rPr>
        <w:t>From:</w:t>
      </w:r>
    </w:p>
    <w:p>
      <w:r>
        <w:rPr>
          <w:b w:val="0"/>
          <w:sz w:val="20"/>
        </w:rPr>
        <w:t>Name: ____________________________________________________________</w:t>
      </w:r>
    </w:p>
    <w:p>
      <w:r>
        <w:rPr>
          <w:b w:val="0"/>
          <w:sz w:val="20"/>
        </w:rPr>
        <w:t>Address: _________________________________________________________</w:t>
      </w:r>
    </w:p>
    <w:p>
      <w:r>
        <w:rPr>
          <w:b w:val="0"/>
          <w:sz w:val="20"/>
        </w:rPr>
        <w:t>City, State, ZIP: _________________________________________________</w:t>
      </w:r>
    </w:p>
    <w:p>
      <w:r>
        <w:rPr>
          <w:b w:val="0"/>
          <w:sz w:val="20"/>
        </w:rPr>
        <w:t>Email: ____________________________________________________________</w:t>
      </w:r>
    </w:p>
    <w:p>
      <w:r>
        <w:rPr>
          <w:b w:val="0"/>
          <w:sz w:val="20"/>
        </w:rPr>
        <w:t>Phone: ____________________________________________________________</w:t>
      </w:r>
    </w:p>
    <w:p/>
    <w:p/>
    <w:p>
      <w:r>
        <w:rPr>
          <w:b/>
          <w:sz w:val="20"/>
        </w:rPr>
        <w:t>Subject: Demand for Payment / Resolution of Outstanding Matter</w:t>
      </w:r>
    </w:p>
    <w:p/>
    <w:p/>
    <w:p>
      <w:r>
        <w:rPr>
          <w:b w:val="0"/>
          <w:sz w:val="20"/>
        </w:rPr>
        <w:t>Dear Sir or Madam,</w:t>
      </w:r>
    </w:p>
    <w:p/>
    <w:p>
      <w:r>
        <w:rPr>
          <w:b w:val="0"/>
          <w:sz w:val="20"/>
        </w:rPr>
        <w:t>This Letter of Demand is issued to notify you of the outstanding amount owed and to formally request immediate payment or resolution. Despite previous communications, the obligation remains unmet. This letter serves as a final opportunity to resolve this matter amicably before further legal actions are pursued.</w:t>
      </w:r>
    </w:p>
    <w:p/>
    <w:p>
      <w:r>
        <w:rPr>
          <w:b/>
          <w:sz w:val="20"/>
        </w:rPr>
        <w:t>1. Details of the Debt / Outstanding Issue:</w:t>
      </w:r>
    </w:p>
    <w:p>
      <w:r>
        <w:rPr>
          <w:b w:val="0"/>
          <w:sz w:val="20"/>
        </w:rPr>
        <w:t>Description: ____________________________________________________________</w:t>
      </w:r>
    </w:p>
    <w:p>
      <w:r>
        <w:rPr>
          <w:b w:val="0"/>
          <w:sz w:val="20"/>
        </w:rPr>
        <w:t>Invoice / Account Number: ________________________________________________</w:t>
      </w:r>
    </w:p>
    <w:p>
      <w:r>
        <w:rPr>
          <w:b w:val="0"/>
          <w:sz w:val="20"/>
        </w:rPr>
        <w:t>Date of Invoice / Transaction: ___________________________________________</w:t>
      </w:r>
    </w:p>
    <w:p>
      <w:r>
        <w:rPr>
          <w:b w:val="0"/>
          <w:sz w:val="20"/>
        </w:rPr>
        <w:t>Amount Due: $_________________________ USD</w:t>
      </w:r>
    </w:p>
    <w:p/>
    <w:p>
      <w:r>
        <w:rPr>
          <w:b/>
          <w:sz w:val="20"/>
        </w:rPr>
        <w:t>2. Demand for Payment / Resolution:</w:t>
      </w:r>
    </w:p>
    <w:p>
      <w:r>
        <w:rPr>
          <w:b w:val="0"/>
          <w:sz w:val="20"/>
        </w:rPr>
        <w:t>You are hereby demanded to pay the full outstanding amount stated above or resolve the matter by providing the necessary response or action within fourteen (14) calendar days of receipt of this Letter of Demand. Failure to comply will result in immediate commencement of legal proceedings without further notice.</w:t>
      </w:r>
    </w:p>
    <w:p/>
    <w:p>
      <w:r>
        <w:rPr>
          <w:b/>
          <w:sz w:val="20"/>
        </w:rPr>
        <w:t>3. Consequences of Non-Compliance:</w:t>
      </w:r>
    </w:p>
    <w:p>
      <w:r>
        <w:rPr>
          <w:b w:val="0"/>
          <w:sz w:val="20"/>
        </w:rPr>
        <w:t>Should you fail to comply with this demand within the specified time frame, we reserve the right to initiate legal action against you to recover the debt or enforce resolution. This may include, but is not limited to, filing a claim in a court of competent jurisdiction, and you may be liable for additional costs such as attorney's fees, court costs, interest, and any other expenses incurred in the enforcement of this demand.</w:t>
      </w:r>
    </w:p>
    <w:p/>
    <w:p>
      <w:r>
        <w:rPr>
          <w:b/>
          <w:sz w:val="20"/>
        </w:rPr>
        <w:t>4. Interest and Additional Costs:</w:t>
      </w:r>
    </w:p>
    <w:p>
      <w:r>
        <w:rPr>
          <w:b w:val="0"/>
          <w:sz w:val="20"/>
        </w:rPr>
        <w:t>In accordance with applicable United States law, interest will accrue on the outstanding amount at the lawful rate from the date the amount became due until payment is received in full. Additionally, all reasonable costs and expenses incurred in recovering the debt are your responsibility.</w:t>
      </w:r>
    </w:p>
    <w:p/>
    <w:p>
      <w:r>
        <w:rPr>
          <w:b/>
          <w:sz w:val="20"/>
        </w:rPr>
        <w:t>5. Contact for Resolution:</w:t>
      </w:r>
    </w:p>
    <w:p>
      <w:r>
        <w:rPr>
          <w:b w:val="0"/>
          <w:sz w:val="20"/>
        </w:rPr>
        <w:t>To discuss or to make payment arrangements, please contact the undersigned promptly at the contact details provided above. Open communication may prevent escalation and further legal costs.</w:t>
      </w:r>
    </w:p>
    <w:p/>
    <w:p>
      <w:r>
        <w:rPr>
          <w:b/>
          <w:sz w:val="20"/>
        </w:rPr>
        <w:t>6. Reservation of Rights:</w:t>
      </w:r>
    </w:p>
    <w:p>
      <w:r>
        <w:rPr>
          <w:b w:val="0"/>
          <w:sz w:val="20"/>
        </w:rPr>
        <w:t>All rights and remedies available under contract, statute, or at law are expressly reserved. This letter does not constitute a waiver of any rights or remedies, nor does it imply any admission or acknowledgment of any claim or liability.</w:t>
      </w:r>
    </w:p>
    <w:p/>
    <w:p/>
    <w:p>
      <w:r>
        <w:rPr>
          <w:b w:val="0"/>
          <w:sz w:val="20"/>
        </w:rPr>
        <w:t>We urge you to treat this matter with the utmost urgency and look forward to your immediate compliance.</w:t>
      </w:r>
    </w:p>
    <w:p/>
    <w:p/>
    <w:p>
      <w:r>
        <w:rPr>
          <w:b w:val="0"/>
          <w:sz w:val="20"/>
        </w:rPr>
        <w:t>Sincerely,</w:t>
      </w:r>
    </w:p>
    <w:p/>
    <w:p/>
    <w:p/>
    <w:p/>
    <w:p>
      <w:r>
        <w:rPr>
          <w:b w:val="0"/>
          <w:sz w:val="20"/>
        </w:rPr>
        <w:t>____________________________________</w:t>
      </w:r>
    </w:p>
    <w:p>
      <w:r>
        <w:rPr>
          <w:b w:val="0"/>
          <w:sz w:val="20"/>
        </w:rPr>
        <w:t>Signature</w:t>
      </w:r>
    </w:p>
    <w:p>
      <w:r>
        <w:rPr>
          <w:b w:val="0"/>
          <w:sz w:val="20"/>
        </w:rPr>
        <w:t>Name: ____________________________________________________________</w:t>
      </w:r>
    </w:p>
    <w:p>
      <w:r>
        <w:rPr>
          <w:b w:val="0"/>
          <w:sz w:val="20"/>
        </w:rPr>
        <w:t>Title / Position: ___________________________________________________</w:t>
      </w:r>
    </w:p>
    <w:p>
      <w:r>
        <w:rPr>
          <w:b w:val="0"/>
          <w:sz w:val="20"/>
        </w:rPr>
        <w:t>Date: _____________________________________________________________</w:t>
      </w:r>
    </w:p>
    <w:p/>
    <w:p/>
    <w:p>
      <w:r>
        <w:rPr>
          <w:b/>
          <w:sz w:val="20"/>
        </w:rPr>
        <w:t>Enclosures:</w:t>
      </w:r>
    </w:p>
    <w:p>
      <w:r>
        <w:rPr>
          <w:b w:val="0"/>
          <w:sz w:val="20"/>
        </w:rPr>
        <w:t>- Copy of Invoice / Statement</w:t>
      </w:r>
    </w:p>
    <w:p>
      <w:r>
        <w:rPr>
          <w:b w:val="0"/>
          <w:sz w:val="20"/>
        </w:rPr>
        <w:t>- Previous Correspondence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 Notary</w:t>
            </w:r>
          </w:p>
        </w:tc>
        <w:tc>
          <w:tcPr>
            <w:tcW w:type="dxa" w:w="4986"/>
            <w:tcBorders>
              <w:top w:val="nil"/>
              <w:left w:val="nil"/>
              <w:bottom w:val="nil"/>
              <w:right w:val="nil"/>
              <w:insideH w:val="nil"/>
              <w:insideV w:val="nil"/>
            </w:tcBorders>
          </w:tcPr>
          <w:p>
            <w:pPr>
              <w:jc w:val="center"/>
            </w:pPr>
            <w:r>
              <w:t>Recipient Acknowledgment</w:t>
            </w:r>
          </w:p>
        </w:tc>
      </w:tr>
      <w:tr>
        <w:tc>
          <w:tcPr>
            <w:tcW w:type="dxa" w:w="4986"/>
            <w:tcBorders>
              <w:top w:val="nil"/>
              <w:left w:val="nil"/>
              <w:bottom w:val="nil"/>
              <w:right w:val="nil"/>
              <w:insideH w:val="nil"/>
              <w:insideV w:val="nil"/>
            </w:tcBorders>
          </w:tcPr>
          <w:p>
            <w:pPr>
              <w:jc w:val="center"/>
            </w:pPr>
            <w:r>
              <w:br/>
              <w:t>Signature: ____________________________</w:t>
            </w:r>
          </w:p>
        </w:tc>
        <w:tc>
          <w:tcPr>
            <w:tcW w:type="dxa" w:w="4986"/>
            <w:tcBorders>
              <w:top w:val="nil"/>
              <w:left w:val="nil"/>
              <w:bottom w:val="nil"/>
              <w:right w:val="nil"/>
              <w:insideH w:val="nil"/>
              <w:insideV w:val="nil"/>
            </w:tcBorders>
          </w:tcPr>
          <w:p>
            <w:pPr>
              <w:jc w:val="center"/>
            </w:pPr>
            <w:r>
              <w:br/>
              <w:t>Signature: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https://letter247-us.com/letter-of-demand/</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letter-of-demand/"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