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FOR DAMAGES TO PROPERTY</w:t>
      </w:r>
    </w:p>
    <w:p/>
    <w:p>
      <w:r>
        <w:rPr>
          <w:b/>
          <w:sz w:val="20"/>
        </w:rPr>
        <w:t>Recipient Name: ______________________________________________</w:t>
      </w:r>
    </w:p>
    <w:p>
      <w:r>
        <w:rPr>
          <w:b/>
          <w:sz w:val="20"/>
        </w:rPr>
        <w:t>Recipient Address: ____________________________________________</w:t>
      </w:r>
    </w:p>
    <w:p>
      <w:r>
        <w:rPr>
          <w:b/>
          <w:sz w:val="20"/>
        </w:rPr>
        <w:t>City, State, ZIP Code: _________________________________________</w:t>
      </w:r>
    </w:p>
    <w:p/>
    <w:p/>
    <w:p>
      <w:r>
        <w:rPr>
          <w:b/>
          <w:sz w:val="20"/>
        </w:rPr>
        <w:t>Sender Name: _________________________________________________</w:t>
      </w:r>
    </w:p>
    <w:p>
      <w:r>
        <w:rPr>
          <w:b/>
          <w:sz w:val="20"/>
        </w:rPr>
        <w:t>Sender Address: _______________________________________________</w:t>
      </w:r>
    </w:p>
    <w:p>
      <w:r>
        <w:rPr>
          <w:b/>
          <w:sz w:val="20"/>
        </w:rPr>
        <w:t>City, State, ZIP Code: _________________________________________</w:t>
      </w:r>
    </w:p>
    <w:p>
      <w:r>
        <w:rPr>
          <w:b/>
          <w:sz w:val="20"/>
        </w:rPr>
        <w:t>Phone Number: ________________________________________________</w:t>
      </w:r>
    </w:p>
    <w:p>
      <w:r>
        <w:rPr>
          <w:b/>
          <w:sz w:val="20"/>
        </w:rPr>
        <w:t>Email Address: _________________________________________________</w:t>
      </w:r>
    </w:p>
    <w:p/>
    <w:p/>
    <w:p>
      <w:pPr>
        <w:jc w:val="center"/>
      </w:pPr>
      <w:r>
        <w:rPr>
          <w:b/>
          <w:sz w:val="20"/>
        </w:rPr>
        <w:t>Subject: NOTICE OF PROPERTY DAMAGE AND DEMAND FOR COMPENSATION</w:t>
      </w:r>
    </w:p>
    <w:p/>
    <w:p/>
    <w:p>
      <w:r>
        <w:rPr>
          <w:b w:val="0"/>
          <w:sz w:val="20"/>
        </w:rPr>
        <w:t>To Whom It May Concern,</w:t>
      </w:r>
    </w:p>
    <w:p/>
    <w:p>
      <w:r>
        <w:rPr>
          <w:b w:val="0"/>
          <w:sz w:val="20"/>
        </w:rPr>
        <w:t>I am writing to formally notify you of damages caused to my property as detailed below. This letter serves as a demand for compensation pursuant to applicable United States laws governing property damage and liability. Please treat this matter with the utmost urgency.</w:t>
      </w:r>
    </w:p>
    <w:p/>
    <w:p/>
    <w:p>
      <w:r>
        <w:rPr>
          <w:b/>
          <w:sz w:val="20"/>
        </w:rPr>
        <w:t>1. Property Description</w:t>
      </w:r>
    </w:p>
    <w:p>
      <w:r>
        <w:rPr>
          <w:b w:val="0"/>
          <w:sz w:val="20"/>
        </w:rPr>
        <w:t>Address/Location of Property: ________________________________________________</w:t>
      </w:r>
    </w:p>
    <w:p>
      <w:r>
        <w:rPr>
          <w:b w:val="0"/>
          <w:sz w:val="20"/>
        </w:rPr>
        <w:t>Type of Property: ____________________________________________________________</w:t>
      </w:r>
    </w:p>
    <w:p/>
    <w:p>
      <w:r>
        <w:rPr>
          <w:b/>
          <w:sz w:val="20"/>
        </w:rPr>
        <w:t>2. Description of Incident Causing Damage</w:t>
      </w:r>
    </w:p>
    <w:p>
      <w:r>
        <w:rPr>
          <w:b w:val="0"/>
          <w:sz w:val="20"/>
        </w:rPr>
        <w:t>Date and Time of Incident: ___________________________________________________</w:t>
      </w:r>
    </w:p>
    <w:p>
      <w:r>
        <w:rPr>
          <w:b w:val="0"/>
          <w:sz w:val="20"/>
        </w:rPr>
        <w:t>Detailed Description of Events Leading to Damage:</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3. Nature and Extent of Damage</w:t>
      </w:r>
    </w:p>
    <w:p>
      <w:r>
        <w:rPr>
          <w:b w:val="0"/>
          <w:sz w:val="20"/>
        </w:rPr>
        <w:t>A detailed assessment of the damages sustained is as follows:</w:t>
      </w:r>
    </w:p>
    <w:p>
      <w:r>
        <w:rPr>
          <w:b w:val="0"/>
          <w:sz w:val="20"/>
        </w:rPr>
        <w:t>- Damage to Structure: ______________________________________________________</w:t>
      </w:r>
    </w:p>
    <w:p>
      <w:r>
        <w:rPr>
          <w:b w:val="0"/>
          <w:sz w:val="20"/>
        </w:rPr>
        <w:t>- Damage to Contents: _______________________________________________________</w:t>
      </w:r>
    </w:p>
    <w:p>
      <w:r>
        <w:rPr>
          <w:b w:val="0"/>
          <w:sz w:val="20"/>
        </w:rPr>
        <w:t>- Estimated Repair or Replacement Cost: _____________________________________</w:t>
      </w:r>
    </w:p>
    <w:p>
      <w:r>
        <w:rPr>
          <w:b w:val="0"/>
          <w:sz w:val="20"/>
        </w:rPr>
        <w:t>- Supporting Documentation (photos, reports) attached: Yes ________ No ________</w:t>
      </w:r>
    </w:p>
    <w:p/>
    <w:p>
      <w:r>
        <w:rPr>
          <w:b/>
          <w:sz w:val="20"/>
        </w:rPr>
        <w:t>4. Liability</w:t>
      </w:r>
    </w:p>
    <w:p>
      <w:r>
        <w:rPr>
          <w:b w:val="0"/>
          <w:sz w:val="20"/>
        </w:rPr>
        <w:t>Based on the facts and circumstances, the damages described above were directly caused by your actions or negligence. Under United States law, you are responsible for compensating the full extent of damages to my property.</w:t>
      </w:r>
    </w:p>
    <w:p/>
    <w:p>
      <w:r>
        <w:rPr>
          <w:b/>
          <w:sz w:val="20"/>
        </w:rPr>
        <w:t>5. Demand for Compensation</w:t>
      </w:r>
    </w:p>
    <w:p>
      <w:r>
        <w:rPr>
          <w:b w:val="0"/>
          <w:sz w:val="20"/>
        </w:rPr>
        <w:t>Accordingly, I hereby demand the payment of damages in the amount of $_________________ to cover all repair and replacement costs, as well as any incidental expenses incurred. Please remit payment or contact me to discuss resolution within 14 calendar days from the receipt of this letter.</w:t>
      </w:r>
    </w:p>
    <w:p/>
    <w:p>
      <w:r>
        <w:rPr>
          <w:b/>
          <w:sz w:val="20"/>
        </w:rPr>
        <w:t>6. Reservation of Rights</w:t>
      </w:r>
    </w:p>
    <w:p>
      <w:r>
        <w:rPr>
          <w:b w:val="0"/>
          <w:sz w:val="20"/>
        </w:rPr>
        <w:t>This letter is written without prejudice to any other rights or remedies I may have by law or equity. Failure to respond or compensate accordingly may result in legal action to enforce my rights, including but not limited to claims for damages, costs, and attorneys’ fees.</w:t>
      </w:r>
    </w:p>
    <w:p/>
    <w:p>
      <w:r>
        <w:rPr>
          <w:b/>
          <w:sz w:val="20"/>
        </w:rPr>
        <w:t>7. Contact Information</w:t>
      </w:r>
    </w:p>
    <w:p>
      <w:r>
        <w:rPr>
          <w:b w:val="0"/>
          <w:sz w:val="20"/>
        </w:rPr>
        <w:t>Please direct all communications regarding this matter to the undersigned at the contact information provided above.</w:t>
      </w:r>
    </w:p>
    <w:p/>
    <w:p/>
    <w:p>
      <w:r>
        <w:rPr>
          <w:b w:val="0"/>
          <w:sz w:val="20"/>
        </w:rPr>
        <w:t>Thank you for your prompt attention to this serious matter.</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SENDER SIGNATURE</w:t>
            </w:r>
          </w:p>
        </w:tc>
      </w:tr>
      <w:tr>
        <w:tc>
          <w:tcPr>
            <w:tcW w:type="dxa" w:w="9972"/>
            <w:tcBorders>
              <w:top w:val="nil"/>
              <w:left w:val="nil"/>
              <w:bottom w:val="nil"/>
              <w:right w:val="nil"/>
              <w:insideH w:val="nil"/>
              <w:insideV w:val="nil"/>
            </w:tcBorders>
          </w:tcPr>
          <w:p>
            <w:pPr>
              <w:jc w:val="center"/>
            </w:pPr>
            <w:r>
              <w:br/>
              <w:br/>
              <w:t>Signature: ________________________________</w:t>
            </w:r>
          </w:p>
        </w:tc>
      </w:tr>
      <w:tr>
        <w:tc>
          <w:tcPr>
            <w:tcW w:type="dxa" w:w="9972"/>
            <w:tcBorders>
              <w:top w:val="nil"/>
              <w:left w:val="nil"/>
              <w:bottom w:val="nil"/>
              <w:right w:val="nil"/>
              <w:insideH w:val="nil"/>
              <w:insideV w:val="nil"/>
            </w:tcBorders>
          </w:tcPr>
          <w:p>
            <w:pPr>
              <w:jc w:val="center"/>
            </w:pPr>
            <w:r>
              <w:t>Printed Name: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https://letter247-us.com/letter-for-damages-to-property/</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for-damages-to-property/"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