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LEGAL RESPONSE LETTER</w:t>
      </w:r>
    </w:p>
    <w:p/>
    <w:p>
      <w:r>
        <w:rPr>
          <w:b/>
          <w:sz w:val="20"/>
        </w:rPr>
        <w:t>Sender Information:</w:t>
      </w:r>
    </w:p>
    <w:p>
      <w:r>
        <w:rPr>
          <w:b w:val="0"/>
          <w:sz w:val="20"/>
        </w:rPr>
        <w:t>Full Name / Company: _________________________________________________</w:t>
      </w:r>
    </w:p>
    <w:p>
      <w:r>
        <w:rPr>
          <w:b w:val="0"/>
          <w:sz w:val="20"/>
        </w:rPr>
        <w:t>Address: 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</w:t>
      </w:r>
    </w:p>
    <w:p/>
    <w:p>
      <w:r>
        <w:rPr>
          <w:b/>
          <w:sz w:val="20"/>
        </w:rPr>
        <w:t>Recipient Information:</w:t>
      </w:r>
    </w:p>
    <w:p>
      <w:r>
        <w:rPr>
          <w:b w:val="0"/>
          <w:sz w:val="20"/>
        </w:rPr>
        <w:t>Full Name / Company: _________________________________________________</w:t>
      </w:r>
    </w:p>
    <w:p>
      <w:r>
        <w:rPr>
          <w:b w:val="0"/>
          <w:sz w:val="20"/>
        </w:rPr>
        <w:t>Address: 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</w:t>
      </w:r>
    </w:p>
    <w:p/>
    <w:p>
      <w:r>
        <w:rPr>
          <w:b/>
          <w:sz w:val="20"/>
        </w:rPr>
        <w:t>Reference:</w:t>
      </w:r>
    </w:p>
    <w:p>
      <w:r>
        <w:rPr>
          <w:b w:val="0"/>
          <w:sz w:val="20"/>
        </w:rPr>
        <w:t>Re: _________________________________________________________________</w:t>
      </w:r>
    </w:p>
    <w:p/>
    <w:p>
      <w:r>
        <w:rPr>
          <w:b w:val="0"/>
          <w:sz w:val="20"/>
        </w:rPr>
        <w:t>Dear Sir or Madam,</w:t>
      </w:r>
    </w:p>
    <w:p/>
    <w:p>
      <w:r>
        <w:rPr>
          <w:b w:val="0"/>
          <w:sz w:val="20"/>
        </w:rPr>
        <w:t>This letter serves as a formal response to your correspondence dated ___________________. We have reviewed your claims and provide the following position on the matters addressed.</w:t>
      </w:r>
    </w:p>
    <w:p/>
    <w:p>
      <w:r>
        <w:rPr>
          <w:b/>
          <w:sz w:val="20"/>
        </w:rPr>
        <w:t>Statement of Facts:</w:t>
      </w:r>
    </w:p>
    <w:p>
      <w:r>
        <w:rPr>
          <w:b w:val="0"/>
          <w:sz w:val="20"/>
        </w:rPr>
        <w:t>1. ______________________________________________________________________</w:t>
      </w:r>
    </w:p>
    <w:p>
      <w:r>
        <w:rPr>
          <w:b w:val="0"/>
          <w:sz w:val="20"/>
        </w:rPr>
        <w:t>2. ______________________________________________________________________</w:t>
      </w:r>
    </w:p>
    <w:p>
      <w:r>
        <w:rPr>
          <w:b w:val="0"/>
          <w:sz w:val="20"/>
        </w:rPr>
        <w:t>3. ______________________________________________________________________</w:t>
      </w:r>
    </w:p>
    <w:p>
      <w:r>
        <w:rPr>
          <w:b w:val="0"/>
          <w:sz w:val="20"/>
        </w:rPr>
        <w:t>4. ______________________________________________________________________</w:t>
      </w:r>
    </w:p>
    <w:p/>
    <w:p>
      <w:r>
        <w:rPr>
          <w:b/>
          <w:sz w:val="20"/>
        </w:rPr>
        <w:t>Legal Position:</w:t>
      </w:r>
    </w:p>
    <w:p>
      <w:r>
        <w:rPr>
          <w:b w:val="0"/>
          <w:sz w:val="20"/>
        </w:rPr>
        <w:t>Based on the foregoing facts and applicable law under the jurisdiction of the United States, we assert that:</w:t>
      </w:r>
    </w:p>
    <w:p>
      <w:r>
        <w:rPr>
          <w:b w:val="0"/>
          <w:sz w:val="20"/>
        </w:rPr>
        <w:t>- 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</w:t>
      </w:r>
    </w:p>
    <w:p/>
    <w:p>
      <w:r>
        <w:rPr>
          <w:b/>
          <w:sz w:val="20"/>
        </w:rPr>
        <w:t>Response to Your Claims:</w:t>
      </w:r>
    </w:p>
    <w:p>
      <w:r>
        <w:rPr>
          <w:b w:val="0"/>
          <w:sz w:val="20"/>
        </w:rPr>
        <w:t>1. Claim 1: ______________________________________________________________</w:t>
      </w:r>
    </w:p>
    <w:p>
      <w:r>
        <w:rPr>
          <w:b w:val="0"/>
          <w:sz w:val="20"/>
        </w:rPr>
        <w:t xml:space="preserve">   Response: _____________________________________________________________</w:t>
      </w:r>
    </w:p>
    <w:p>
      <w:r>
        <w:rPr>
          <w:b w:val="0"/>
          <w:sz w:val="20"/>
        </w:rPr>
        <w:t>2. Claim 2: ______________________________________________________________</w:t>
      </w:r>
    </w:p>
    <w:p>
      <w:r>
        <w:rPr>
          <w:b w:val="0"/>
          <w:sz w:val="20"/>
        </w:rPr>
        <w:t xml:space="preserve">   Response: _____________________________________________________________</w:t>
      </w:r>
    </w:p>
    <w:p>
      <w:r>
        <w:rPr>
          <w:b w:val="0"/>
          <w:sz w:val="20"/>
        </w:rPr>
        <w:t>3. Claim 3: ______________________________________________________________</w:t>
      </w:r>
    </w:p>
    <w:p>
      <w:r>
        <w:rPr>
          <w:b w:val="0"/>
          <w:sz w:val="20"/>
        </w:rPr>
        <w:t xml:space="preserve">   Response: _____________________________________________________________</w:t>
      </w:r>
    </w:p>
    <w:p>
      <w:r>
        <w:rPr>
          <w:b w:val="0"/>
          <w:sz w:val="20"/>
        </w:rPr>
        <w:t>4. Claim 4: ______________________________________________________________</w:t>
      </w:r>
    </w:p>
    <w:p>
      <w:r>
        <w:rPr>
          <w:b w:val="0"/>
          <w:sz w:val="20"/>
        </w:rPr>
        <w:t xml:space="preserve">   Response: _____________________________________________________________</w:t>
      </w:r>
    </w:p>
    <w:p/>
    <w:p>
      <w:r>
        <w:rPr>
          <w:b/>
          <w:sz w:val="20"/>
        </w:rPr>
        <w:t>Reservation of Rights:</w:t>
      </w:r>
    </w:p>
    <w:p>
      <w:r>
        <w:rPr>
          <w:b w:val="0"/>
          <w:sz w:val="20"/>
        </w:rPr>
        <w:t>Nothing contained in this letter shall be construed as a waiver or relinquishment of any rights, claims, defenses, or remedies available to us at law or in equity, all of which are hereby expressly reserved.</w:t>
      </w:r>
    </w:p>
    <w:p/>
    <w:p>
      <w:r>
        <w:rPr>
          <w:b/>
          <w:sz w:val="20"/>
        </w:rPr>
        <w:t>Settlement Proposal:</w:t>
      </w:r>
    </w:p>
    <w:p>
      <w:r>
        <w:rPr>
          <w:b w:val="0"/>
          <w:sz w:val="20"/>
        </w:rPr>
        <w:t>To amicably resolve this matter without further dispute, we propose the following terms:</w:t>
      </w:r>
    </w:p>
    <w:p>
      <w:r>
        <w:rPr>
          <w:b w:val="0"/>
          <w:sz w:val="20"/>
        </w:rPr>
        <w:t>- 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</w:t>
      </w:r>
    </w:p>
    <w:p/>
    <w:p>
      <w:r>
        <w:rPr>
          <w:b w:val="0"/>
          <w:sz w:val="20"/>
        </w:rPr>
        <w:t>We trust this letter clarifies our position. Should you have any questions or require further information, please do not hesitate to contact us.</w:t>
      </w:r>
    </w:p>
    <w:p/>
    <w:p/>
    <w:p>
      <w:r>
        <w:rPr>
          <w:b w:val="0"/>
          <w:sz w:val="20"/>
        </w:rPr>
        <w:t>Sincerely,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Sender's Signature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/>
    <w:p/>
    <w:p>
      <w:r>
        <w:rPr>
          <w:b/>
          <w:sz w:val="20"/>
        </w:rPr>
        <w:t>Enclosures:</w:t>
      </w:r>
    </w:p>
    <w:p>
      <w:r>
        <w:rPr>
          <w:b w:val="0"/>
          <w:sz w:val="20"/>
        </w:rPr>
        <w:t>- 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</w:t>
      </w:r>
    </w:p>
    <w:p/>
    <w:p>
      <w:r>
        <w:rPr>
          <w:b/>
          <w:sz w:val="20"/>
        </w:rPr>
        <w:t>Cc:</w:t>
      </w:r>
    </w:p>
    <w:p>
      <w:r>
        <w:rPr>
          <w:b w:val="0"/>
          <w:sz w:val="20"/>
        </w:rPr>
        <w:t>- 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https://letter247-us.com/legal-response-letter/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247-us.com/legal-response-letter/" TargetMode="External"/><Relationship Id="rId10" Type="http://schemas.openxmlformats.org/officeDocument/2006/relationships/hyperlink" Target="https://letter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