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LANDLORD RENT INCREASE NOTICE</w:t>
      </w:r>
    </w:p>
    <w:p/>
    <w:p/>
    <w:p>
      <w:r>
        <w:rPr>
          <w:b/>
          <w:sz w:val="22"/>
        </w:rPr>
        <w:t>Landlord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2"/>
        </w:rPr>
        <w:t>Tenant Information:</w:t>
      </w:r>
    </w:p>
    <w:p>
      <w:r>
        <w:rPr>
          <w:b w:val="0"/>
          <w:sz w:val="20"/>
        </w:rPr>
        <w:t>Full Name(s): __________________________________________________________</w:t>
      </w:r>
    </w:p>
    <w:p>
      <w:r>
        <w:rPr>
          <w:b w:val="0"/>
          <w:sz w:val="20"/>
        </w:rPr>
        <w:t>Rental Property Address: ________________________________________________</w:t>
      </w:r>
    </w:p>
    <w:p>
      <w:r>
        <w:rPr>
          <w:b w:val="0"/>
          <w:sz w:val="20"/>
        </w:rPr>
        <w:t>Unit Number (if applicable): ____________________________________________</w:t>
      </w:r>
    </w:p>
    <w:p/>
    <w:p>
      <w:r>
        <w:rPr>
          <w:b/>
          <w:sz w:val="22"/>
        </w:rPr>
        <w:t>Subject: Notice of Rent Increase</w:t>
      </w:r>
    </w:p>
    <w:p/>
    <w:p>
      <w:r>
        <w:rPr>
          <w:b w:val="0"/>
          <w:sz w:val="20"/>
        </w:rPr>
        <w:t>Dear Tenant(s),</w:t>
      </w:r>
    </w:p>
    <w:p/>
    <w:p>
      <w:r>
        <w:rPr>
          <w:b w:val="0"/>
          <w:sz w:val="20"/>
        </w:rPr>
        <w:t>This letter serves as official written notice of a rent increase for the property you currently lease at the above address. This notice is provided in accordance with the terms of your lease agreement and applicable laws of the United States and the relevant state jurisdiction.</w:t>
      </w:r>
    </w:p>
    <w:p/>
    <w:p>
      <w:r>
        <w:rPr>
          <w:b/>
          <w:sz w:val="22"/>
        </w:rPr>
        <w:t>Details of Rent Increase:</w:t>
      </w:r>
    </w:p>
    <w:p>
      <w:r>
        <w:rPr>
          <w:b w:val="0"/>
          <w:sz w:val="20"/>
        </w:rPr>
        <w:t>Current Rent Amount: $__________________ per month</w:t>
      </w:r>
    </w:p>
    <w:p>
      <w:r>
        <w:rPr>
          <w:b w:val="0"/>
          <w:sz w:val="20"/>
        </w:rPr>
        <w:t>New Rent Amount: $____________________ per month</w:t>
      </w:r>
    </w:p>
    <w:p>
      <w:r>
        <w:rPr>
          <w:b w:val="0"/>
          <w:sz w:val="20"/>
        </w:rPr>
        <w:t>Effective Date of Rent Increase: ________________________________</w:t>
      </w:r>
    </w:p>
    <w:p/>
    <w:p>
      <w:r>
        <w:rPr>
          <w:b w:val="0"/>
          <w:sz w:val="20"/>
        </w:rPr>
        <w:t>This rent increase complies with all applicable federal, state, and local laws, including any limitations on the frequency and amount of rent increases. The increase will take effect on the date indicated above, which is at least the minimum required notice period prior to the first payment under the increased rent amount.</w:t>
      </w:r>
    </w:p>
    <w:p/>
    <w:p>
      <w:r>
        <w:rPr>
          <w:b/>
          <w:sz w:val="22"/>
        </w:rPr>
        <w:t>Payment Instructions:</w:t>
      </w:r>
    </w:p>
    <w:p>
      <w:r>
        <w:rPr>
          <w:b w:val="0"/>
          <w:sz w:val="20"/>
        </w:rPr>
        <w:t>Please adjust your rent payments accordingly starting from the effective date. All other terms of the existing lease agreement remain unchanged and in full force and effect.</w:t>
      </w:r>
    </w:p>
    <w:p/>
    <w:p>
      <w:r>
        <w:rPr>
          <w:b/>
          <w:sz w:val="22"/>
        </w:rPr>
        <w:t>Contact Information:</w:t>
      </w:r>
    </w:p>
    <w:p>
      <w:r>
        <w:rPr>
          <w:b w:val="0"/>
          <w:sz w:val="20"/>
        </w:rPr>
        <w:t>If you have any questions or concerns regarding this rent increase or wish to discuss it, please contact the landlord at the phone number or email address provided above.</w:t>
      </w:r>
    </w:p>
    <w:p/>
    <w:p/>
    <w:p>
      <w:r>
        <w:rPr>
          <w:b/>
          <w:sz w:val="22"/>
        </w:rPr>
        <w:t>Acknowledgment of Receipt:</w:t>
      </w:r>
    </w:p>
    <w:p>
      <w:r>
        <w:rPr>
          <w:b w:val="0"/>
          <w:sz w:val="20"/>
        </w:rPr>
        <w:t>Tenant(s) acknowledge receipt of this Rent Increase Notice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r>
    </w:tbl>
    <w:p/>
    <w:p/>
    <w:p>
      <w:r>
        <w:rPr>
          <w:b w:val="0"/>
          <w:sz w:val="20"/>
        </w:rPr>
        <w:t>This notice is intended to comply with all applicable laws governing rent increases. Failure to comply with notice requirements may render the rent increase unenforceable. Please retain a copy of this notice for your records.</w:t>
      </w:r>
    </w:p>
    <w:p/>
    <w:p/>
    <w:p/>
    <w:p>
      <w:r>
        <w:rPr>
          <w:b/>
          <w:sz w:val="20"/>
        </w:rPr>
        <w:t>Sincerely,</w:t>
      </w:r>
    </w:p>
    <w:p/>
    <w:p/>
    <w:p/>
    <w:p>
      <w:r>
        <w:rPr>
          <w:b w:val="0"/>
          <w:sz w:val="20"/>
        </w:rPr>
        <w:t>Landlord Signature: ____________________________________</w:t>
      </w:r>
    </w:p>
    <w:p/>
    <w:p>
      <w:r>
        <w:rPr>
          <w:b w:val="0"/>
          <w:sz w:val="20"/>
        </w:rPr>
        <w:t>Landlord Printed Name: __________________________________</w:t>
      </w:r>
    </w:p>
    <w:p/>
    <w:p>
      <w:r>
        <w:rPr>
          <w:b w:val="0"/>
          <w:sz w:val="20"/>
        </w:rPr>
        <w:t>Date: 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https://letter247-us.com/landlord-rent-increase-letter/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andlord-rent-increas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