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OFFER LETTER</w:t>
      </w:r>
    </w:p>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Candidate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Position Details:</w:t>
      </w:r>
    </w:p>
    <w:p>
      <w:r>
        <w:rPr>
          <w:b w:val="0"/>
          <w:sz w:val="20"/>
        </w:rPr>
        <w:t>Job Title: ________________________________________________________________</w:t>
      </w:r>
    </w:p>
    <w:p>
      <w:r>
        <w:rPr>
          <w:b w:val="0"/>
          <w:sz w:val="20"/>
        </w:rPr>
        <w:t>Department: _______________________________________________________________</w:t>
      </w:r>
    </w:p>
    <w:p>
      <w:r>
        <w:rPr>
          <w:b w:val="0"/>
          <w:sz w:val="20"/>
        </w:rPr>
        <w:t>Employment Type (e.g., Full-Time, Part-Time, Contract): ______________________</w:t>
      </w:r>
    </w:p>
    <w:p>
      <w:r>
        <w:rPr>
          <w:b w:val="0"/>
          <w:sz w:val="20"/>
        </w:rPr>
        <w:t>Work Location: ____________________________________________________________</w:t>
      </w:r>
    </w:p>
    <w:p>
      <w:r>
        <w:rPr>
          <w:b w:val="0"/>
          <w:sz w:val="20"/>
        </w:rPr>
        <w:t>Supervisor/Manager: _______________________________________________________</w:t>
      </w:r>
    </w:p>
    <w:p/>
    <w:p>
      <w:r>
        <w:rPr>
          <w:b/>
          <w:sz w:val="20"/>
        </w:rPr>
        <w:t>Compensation and Benefits:</w:t>
      </w:r>
    </w:p>
    <w:p>
      <w:r>
        <w:rPr>
          <w:b w:val="0"/>
          <w:sz w:val="20"/>
        </w:rPr>
        <w:t>Base Salary: $____________________ per year, payable in accordance with the Employer’s standard payroll practices.</w:t>
      </w:r>
    </w:p>
    <w:p>
      <w:r>
        <w:rPr>
          <w:b w:val="0"/>
          <w:sz w:val="20"/>
        </w:rPr>
        <w:t>Bonus/Incentives (if any): __________________________________________________</w:t>
      </w:r>
    </w:p>
    <w:p>
      <w:r>
        <w:rPr>
          <w:b w:val="0"/>
          <w:sz w:val="20"/>
        </w:rPr>
        <w:t>Benefits: _________________________________________________________________</w:t>
      </w:r>
    </w:p>
    <w:p>
      <w:r>
        <w:rPr>
          <w:b w:val="0"/>
          <w:sz w:val="20"/>
        </w:rPr>
        <w:t>Eligibility for benefits is subject to the terms, conditions, and limitations of applicable plans, which may be amended or terminated at the Employer’s discretion.</w:t>
      </w:r>
    </w:p>
    <w:p/>
    <w:p>
      <w:r>
        <w:rPr>
          <w:b/>
          <w:sz w:val="20"/>
        </w:rPr>
        <w:t>Work Schedule:</w:t>
      </w:r>
    </w:p>
    <w:p>
      <w:r>
        <w:rPr>
          <w:b w:val="0"/>
          <w:sz w:val="20"/>
        </w:rPr>
        <w:t>Standard work hours are from ___________ to ___________, __________ days per week.</w:t>
      </w:r>
    </w:p>
    <w:p>
      <w:r>
        <w:rPr>
          <w:b w:val="0"/>
          <w:sz w:val="20"/>
        </w:rPr>
        <w:t>The Employee may be required to work additional hours as necessary to fulfill job responsibilities, without additional compensation unless otherwise required by law.</w:t>
      </w:r>
    </w:p>
    <w:p/>
    <w:p>
      <w:r>
        <w:rPr>
          <w:b/>
          <w:sz w:val="20"/>
        </w:rPr>
        <w:t>Employment At-Will:</w:t>
      </w:r>
    </w:p>
    <w:p>
      <w:r>
        <w:rPr>
          <w:b w:val="0"/>
          <w:sz w:val="20"/>
        </w:rPr>
        <w:t>The employment relationship is at-will, which means that either the Employer or the Employee may terminate the employment at any time, with or without cause or notice, except as otherwise prohibited by law.</w:t>
      </w:r>
    </w:p>
    <w:p/>
    <w:p>
      <w:r>
        <w:rPr>
          <w:b/>
          <w:sz w:val="20"/>
        </w:rPr>
        <w:t>Duties and Responsibilities:</w:t>
      </w:r>
    </w:p>
    <w:p>
      <w:r>
        <w:rPr>
          <w:b w:val="0"/>
          <w:sz w:val="20"/>
        </w:rPr>
        <w:t>The Employee agrees to perform the duties and responsibilities described in the attached job description and any other duties reasonably assigned by the Employer.</w:t>
      </w:r>
    </w:p>
    <w:p>
      <w:r>
        <w:rPr>
          <w:b w:val="0"/>
          <w:sz w:val="20"/>
        </w:rPr>
        <w:t>The Employee agrees to comply with all Company policies, procedures, and applicable laws.</w:t>
      </w:r>
    </w:p>
    <w:p/>
    <w:p>
      <w:r>
        <w:rPr>
          <w:b/>
          <w:sz w:val="20"/>
        </w:rPr>
        <w:t>Confidentiality and Proprietary Rights:</w:t>
      </w:r>
    </w:p>
    <w:p>
      <w:r>
        <w:rPr>
          <w:b w:val="0"/>
          <w:sz w:val="20"/>
        </w:rPr>
        <w:t>The Employee acknowledges that during the course of employment, they will have access to confidential and proprietary information.</w:t>
      </w:r>
    </w:p>
    <w:p>
      <w:r>
        <w:rPr>
          <w:b w:val="0"/>
          <w:sz w:val="20"/>
        </w:rPr>
        <w:t>The Employee agrees to maintain the confidentiality of such information during and after employment and not to disclose it without prior written consent of the Employer.</w:t>
      </w:r>
    </w:p>
    <w:p>
      <w:r>
        <w:rPr>
          <w:b w:val="0"/>
          <w:sz w:val="20"/>
        </w:rPr>
        <w:t>All work products, inventions, discoveries, and developments created during employment related to the Employer’s business shall be the exclusive property of the Employer.</w:t>
      </w:r>
    </w:p>
    <w:p/>
    <w:p>
      <w:r>
        <w:rPr>
          <w:b/>
          <w:sz w:val="20"/>
        </w:rPr>
        <w:t>Non-Compete and Non-Solicitation:</w:t>
      </w:r>
    </w:p>
    <w:p>
      <w:r>
        <w:rPr>
          <w:b w:val="0"/>
          <w:sz w:val="20"/>
        </w:rPr>
        <w:t>During employment and for a period of ______________ months after termination, the Employee shall not directly or indirectly engage in any competing business within a radius of ______________ miles of the Employer’s principal place of business.</w:t>
      </w:r>
    </w:p>
    <w:p>
      <w:r>
        <w:rPr>
          <w:b w:val="0"/>
          <w:sz w:val="20"/>
        </w:rPr>
        <w:t>The Employee agrees not to solicit the Employer’s clients, customers, or employees for a period of ______________ months following termination.</w:t>
      </w:r>
    </w:p>
    <w:p/>
    <w:p>
      <w:r>
        <w:rPr>
          <w:b/>
          <w:sz w:val="20"/>
        </w:rPr>
        <w:t>Conditions of Employment:</w:t>
      </w:r>
    </w:p>
    <w:p>
      <w:r>
        <w:rPr>
          <w:b w:val="0"/>
          <w:sz w:val="20"/>
        </w:rPr>
        <w:t>This offer is contingent upon the Employee providing proof of eligibility to work in the United States, satisfactory background checks, and any other pre-employment requirements as determined by the Employer.</w:t>
      </w:r>
    </w:p>
    <w:p>
      <w:r>
        <w:rPr>
          <w:b w:val="0"/>
          <w:sz w:val="20"/>
        </w:rPr>
        <w:t>The Employee agrees to abide by all workplace safety rules and regulations.</w:t>
      </w:r>
    </w:p>
    <w:p/>
    <w:p>
      <w:r>
        <w:rPr>
          <w:b/>
          <w:sz w:val="20"/>
        </w:rPr>
        <w:t>Termination:</w:t>
      </w:r>
    </w:p>
    <w:p>
      <w:r>
        <w:rPr>
          <w:b w:val="0"/>
          <w:sz w:val="20"/>
        </w:rPr>
        <w:t>Employment may be terminated by either party at any time, with or without cause, subject to any applicable notice requirements or severance agreements.</w:t>
      </w:r>
    </w:p>
    <w:p>
      <w:r>
        <w:rPr>
          <w:b w:val="0"/>
          <w:sz w:val="20"/>
        </w:rPr>
        <w:t>Upon termination, the Employee agrees to return all Company property and confidential materials immediately.</w:t>
      </w:r>
    </w:p>
    <w:p/>
    <w:p>
      <w:r>
        <w:rPr>
          <w:b/>
          <w:sz w:val="20"/>
        </w:rPr>
        <w:t>Governing Law:</w:t>
      </w:r>
    </w:p>
    <w:p>
      <w:r>
        <w:rPr>
          <w:b w:val="0"/>
          <w:sz w:val="20"/>
        </w:rPr>
        <w:t>This Agreement shall be governed by and construed in accordance with the laws of the State of ______________, United States of America, without regard to its conflict of laws principles.</w:t>
      </w:r>
    </w:p>
    <w:p/>
    <w:p>
      <w:r>
        <w:rPr>
          <w:b/>
          <w:sz w:val="20"/>
        </w:rPr>
        <w:t>Entire Agreement:</w:t>
      </w:r>
    </w:p>
    <w:p>
      <w:r>
        <w:rPr>
          <w:b w:val="0"/>
          <w:sz w:val="20"/>
        </w:rPr>
        <w:t>This letter constitutes the entire agreement between the Employer and the Employee concerning the terms of employment and supersedes all prior agreements and understandings, whether written or oral, relating to the subject matter herein.</w:t>
      </w:r>
    </w:p>
    <w:p/>
    <w:p>
      <w:r>
        <w:rPr>
          <w:b/>
          <w:sz w:val="20"/>
        </w:rPr>
        <w:t>Acceptance of Offer:</w:t>
      </w:r>
    </w:p>
    <w:p>
      <w:r>
        <w:rPr>
          <w:b w:val="0"/>
          <w:sz w:val="20"/>
        </w:rPr>
        <w:t>By signing below, the Employee acknowledges receipt of this offer letter, understands its terms, and agrees to abide by the conditions of employment described herein.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https://letter247-us.com/job-letter/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job-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