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JOB ACCEPTANCE LETTER</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r>
        <w:rPr>
          <w:b w:val="0"/>
          <w:sz w:val="20"/>
        </w:rPr>
        <w:t>Email: _________________________________________________________________</w:t>
      </w:r>
    </w:p>
    <w:p/>
    <w:p/>
    <w:p>
      <w:r>
        <w:rPr>
          <w:b/>
          <w:sz w:val="20"/>
        </w:rPr>
        <w:t>Employee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r>
        <w:rPr>
          <w:b w:val="0"/>
          <w:sz w:val="20"/>
        </w:rPr>
        <w:t>Email: _________________________________________________________________</w:t>
      </w:r>
    </w:p>
    <w:p/>
    <w:p/>
    <w:p>
      <w:r>
        <w:rPr>
          <w:b w:val="0"/>
          <w:sz w:val="20"/>
        </w:rPr>
        <w:t>Dear ________________________________________________________________,</w:t>
      </w:r>
    </w:p>
    <w:p/>
    <w:p>
      <w:r>
        <w:rPr>
          <w:b w:val="0"/>
          <w:sz w:val="20"/>
        </w:rPr>
        <w:t>I am writing to formally accept the offer of employment for the position of ______________________________________________________ with ________________________________________________ (Company Name). I appreciate the opportunity to join your team and look forward to contributing to the company's success.</w:t>
      </w:r>
    </w:p>
    <w:p/>
    <w:p/>
    <w:p>
      <w:r>
        <w:rPr>
          <w:b/>
          <w:sz w:val="20"/>
        </w:rPr>
        <w:t>Position and Reporting:</w:t>
      </w:r>
    </w:p>
    <w:p>
      <w:r>
        <w:rPr>
          <w:b w:val="0"/>
          <w:sz w:val="20"/>
        </w:rPr>
        <w:t>As discussed, my job title will be ____________________________________________________________, and I will report to _____________________________________________________________.</w:t>
      </w:r>
    </w:p>
    <w:p/>
    <w:p>
      <w:r>
        <w:rPr>
          <w:b/>
          <w:sz w:val="20"/>
        </w:rPr>
        <w:t>Start of Employment:</w:t>
      </w:r>
    </w:p>
    <w:p>
      <w:r>
        <w:rPr>
          <w:b w:val="0"/>
          <w:sz w:val="20"/>
        </w:rPr>
        <w:t>I understand my start date will be ____________________________________________________________.</w:t>
      </w:r>
    </w:p>
    <w:p/>
    <w:p>
      <w:r>
        <w:rPr>
          <w:b/>
          <w:sz w:val="20"/>
        </w:rPr>
        <w:t>Compensation and Benefits:</w:t>
      </w:r>
    </w:p>
    <w:p>
      <w:r>
        <w:rPr>
          <w:b w:val="0"/>
          <w:sz w:val="20"/>
        </w:rPr>
        <w:t>My starting salary will be $____________________ per ______________ (e.g., year, month, hour), paid in accordance with the company's standard payroll schedule.</w:t>
      </w:r>
    </w:p>
    <w:p>
      <w:r>
        <w:rPr>
          <w:b w:val="0"/>
          <w:sz w:val="20"/>
        </w:rPr>
        <w:t>I understand that I will be eligible for the benefits described in the employee handbook, including but not limited to health insurance, retirement plans, paid time off, and other benefits offered by the Company.</w:t>
      </w:r>
    </w:p>
    <w:p/>
    <w:p>
      <w:r>
        <w:rPr>
          <w:b/>
          <w:sz w:val="20"/>
        </w:rPr>
        <w:t>Work Schedule:</w:t>
      </w:r>
    </w:p>
    <w:p>
      <w:r>
        <w:rPr>
          <w:b w:val="0"/>
          <w:sz w:val="20"/>
        </w:rPr>
        <w:t>My regular work hours will be from ______________ to ______________, ______________ days per week. I acknowledge that certain flexibility in hours may be required based on business needs.</w:t>
      </w:r>
    </w:p>
    <w:p/>
    <w:p>
      <w:r>
        <w:rPr>
          <w:b/>
          <w:sz w:val="20"/>
        </w:rPr>
        <w:t>At-Will Employment:</w:t>
      </w:r>
    </w:p>
    <w:p>
      <w:r>
        <w:rPr>
          <w:b w:val="0"/>
          <w:sz w:val="20"/>
        </w:rPr>
        <w:t>I understand that my employment with the Company is at-will, meaning that either the Company or I may terminate the employment relationship at any time, with or without cause or notice, to the extent permitted by law.</w:t>
      </w:r>
    </w:p>
    <w:p/>
    <w:p>
      <w:r>
        <w:rPr>
          <w:b/>
          <w:sz w:val="20"/>
        </w:rPr>
        <w:t>Confidentiality and Company Policies:</w:t>
      </w:r>
    </w:p>
    <w:p>
      <w:r>
        <w:rPr>
          <w:b w:val="0"/>
          <w:sz w:val="20"/>
        </w:rPr>
        <w:t>I agree to abide by all Company policies and procedures, including those regarding confidentiality, non-disclosure, and conflict of interest, as outlined in the employee handbook and any other agreements I may sign.</w:t>
      </w:r>
    </w:p>
    <w:p/>
    <w:p>
      <w:r>
        <w:rPr>
          <w:b/>
          <w:sz w:val="20"/>
        </w:rPr>
        <w:t>Contingencies:</w:t>
      </w:r>
    </w:p>
    <w:p>
      <w:r>
        <w:rPr>
          <w:b w:val="0"/>
          <w:sz w:val="20"/>
        </w:rPr>
        <w:t>This offer and acceptance are contingent upon my successful completion of any required background checks, drug screenings, and verification of eligibility to work in the United States as required by law.</w:t>
      </w:r>
    </w:p>
    <w:p/>
    <w:p>
      <w:r>
        <w:rPr>
          <w:b w:val="0"/>
          <w:sz w:val="20"/>
        </w:rPr>
        <w:t>By signing below, I confirm my acceptance of the terms outlined in this letter and my commitment to begin employment with ________________________________________________ (Company Name) under these terms.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 SIGNATURE</w:t>
            </w:r>
          </w:p>
        </w:tc>
        <w:tc>
          <w:tcPr>
            <w:tcW w:type="dxa" w:w="4986"/>
            <w:tcBorders>
              <w:top w:val="nil"/>
              <w:left w:val="nil"/>
              <w:bottom w:val="nil"/>
              <w:right w:val="nil"/>
              <w:insideH w:val="nil"/>
              <w:insideV w:val="nil"/>
            </w:tcBorders>
          </w:tcPr>
          <w:p>
            <w:pPr>
              <w:jc w:val="center"/>
            </w:pPr>
            <w:r>
              <w:t>EMPLOYER SIGNATURE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&amp; Title: _______________________</w:t>
            </w:r>
          </w:p>
        </w:tc>
      </w:tr>
    </w:tbl>
    <w:p/>
    <w:p/>
    <w:p/>
    <w:p>
      <w:r>
        <w:rPr>
          <w:b w:val="0"/>
          <w:sz w:val="20"/>
        </w:rPr>
        <w:t>Sincerely,</w:t>
      </w:r>
    </w:p>
    <w:p/>
    <w:p/>
    <w:p/>
    <w:p/>
    <w:p>
      <w:r>
        <w:rPr>
          <w:b w:val="0"/>
          <w:sz w:val="20"/>
        </w:rPr>
        <w:t>________________________________________________</w:t>
      </w:r>
    </w:p>
    <w:p>
      <w:r>
        <w:rPr>
          <w:b w:val="0"/>
          <w:sz w:val="20"/>
        </w:rPr>
        <w:t>Employee Signature</w:t>
      </w:r>
    </w:p>
    <w:p/>
    <w:p>
      <w:r>
        <w:rPr>
          <w:b w:val="0"/>
          <w:sz w:val="20"/>
        </w:rPr>
        <w:t>________________________________________________</w:t>
      </w:r>
    </w:p>
    <w:p>
      <w:r>
        <w:rPr>
          <w:b w:val="0"/>
          <w:sz w:val="20"/>
        </w:rPr>
        <w:t>Date</w:t>
      </w:r>
    </w:p>
    <w:p/>
    <w:p/>
    <w:p/>
    <w:p>
      <w:r>
        <w:t>________________________________________________</w:t>
      </w:r>
    </w:p>
    <w:p>
      <w:r>
        <w:t>Employer Signature</w:t>
      </w:r>
    </w:p>
    <w:p/>
    <w:p>
      <w:r>
        <w:t>________________________________________________</w:t>
      </w:r>
    </w:p>
    <w:p>
      <w:r>
        <w:t>Date</w:t>
      </w:r>
    </w:p>
    <w:p>
      <w:r>
        <w:br w:type="page"/>
      </w:r>
    </w:p>
    <w:p>
      <w:pPr>
        <w:jc w:val="center"/>
      </w:pPr>
      <w:r>
        <w:rPr>
          <w:color w:val="555555"/>
          <w:sz w:val="24"/>
        </w:rPr>
        <w:t>Original source of this document:</w:t>
      </w:r>
    </w:p>
    <w:p>
      <w:pPr>
        <w:jc w:val="center"/>
      </w:pPr>
      <w:hyperlink r:id="rId9">
        <w:r>
          <w:rPr>
            <w:color w:val="0000FF"/>
            <w:u w:val="single"/>
          </w:rPr>
          <w:t>https://letter247-us.com/job-acceptance-letter/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job-acceptanc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