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INCOME VERIFICATION LETTER</w:t>
      </w:r>
    </w:p>
    <w:p/>
    <w:p>
      <w:r>
        <w:rPr>
          <w:b w:val="0"/>
          <w:sz w:val="20"/>
        </w:rPr>
        <w:t>To Whom It May Concern:</w:t>
      </w:r>
    </w:p>
    <w:p/>
    <w:p>
      <w:r>
        <w:rPr>
          <w:b w:val="0"/>
          <w:sz w:val="20"/>
        </w:rPr>
        <w:t>This letter serves as a formal verification of income for the individual named below, as requested for employment, tenancy, credit application, or other lawful purposes.</w:t>
      </w:r>
    </w:p>
    <w:p/>
    <w:p/>
    <w:p>
      <w:r>
        <w:rPr>
          <w:b/>
          <w:sz w:val="22"/>
        </w:rPr>
        <w:t>Employee / Income Recipient Information:</w:t>
      </w:r>
    </w:p>
    <w:p>
      <w:r>
        <w:rPr>
          <w:b w:val="0"/>
          <w:sz w:val="20"/>
        </w:rPr>
        <w:t>Full Name: ______________________________________________________________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w:t>
      </w:r>
    </w:p>
    <w:p>
      <w:r>
        <w:rPr>
          <w:b w:val="0"/>
          <w:sz w:val="20"/>
        </w:rPr>
        <w:t>Social Security Number (last 4 digits): _____________________________________</w:t>
      </w:r>
    </w:p>
    <w:p>
      <w:r>
        <w:rPr>
          <w:b w:val="0"/>
          <w:sz w:val="20"/>
        </w:rPr>
        <w:t>Date of Birth: _____________________________________________________________</w:t>
      </w:r>
    </w:p>
    <w:p/>
    <w:p>
      <w:r>
        <w:rPr>
          <w:b/>
          <w:sz w:val="22"/>
        </w:rPr>
        <w:t>Employer Information:</w:t>
      </w:r>
    </w:p>
    <w:p>
      <w:r>
        <w:rPr>
          <w:b w:val="0"/>
          <w:sz w:val="20"/>
        </w:rPr>
        <w:t>Company Name: ____________________________________________________________</w:t>
      </w:r>
    </w:p>
    <w:p>
      <w:r>
        <w:rPr>
          <w:b w:val="0"/>
          <w:sz w:val="20"/>
        </w:rPr>
        <w:t>Company Address: __________________________________________________________</w:t>
      </w:r>
    </w:p>
    <w:p>
      <w:r>
        <w:rPr>
          <w:b w:val="0"/>
          <w:sz w:val="20"/>
        </w:rPr>
        <w:t>City, State, Zip: _________________________________________________________</w:t>
      </w:r>
    </w:p>
    <w:p>
      <w:r>
        <w:rPr>
          <w:b w:val="0"/>
          <w:sz w:val="20"/>
        </w:rPr>
        <w:t>Phone Number: _____________________________________________________________</w:t>
      </w:r>
    </w:p>
    <w:p>
      <w:r>
        <w:rPr>
          <w:b w:val="0"/>
          <w:sz w:val="20"/>
        </w:rPr>
        <w:t>Employer Contact Person: ___________________________________________________</w:t>
      </w:r>
    </w:p>
    <w:p/>
    <w:p>
      <w:r>
        <w:rPr>
          <w:b/>
          <w:sz w:val="22"/>
        </w:rPr>
        <w:t>Employment Details:</w:t>
      </w:r>
    </w:p>
    <w:p>
      <w:r>
        <w:rPr>
          <w:b w:val="0"/>
          <w:sz w:val="20"/>
        </w:rPr>
        <w:t>Position/Title: ____________________________________________________________</w:t>
      </w:r>
    </w:p>
    <w:p>
      <w:r>
        <w:rPr>
          <w:b w:val="0"/>
          <w:sz w:val="20"/>
        </w:rPr>
        <w:t>Employment Status (Full-time/Part-time/Contract): ____________________________</w:t>
      </w:r>
    </w:p>
    <w:p>
      <w:r>
        <w:rPr>
          <w:b w:val="0"/>
          <w:sz w:val="20"/>
        </w:rPr>
        <w:t>Date of Hire: ______________________________________________________________</w:t>
      </w:r>
    </w:p>
    <w:p>
      <w:r>
        <w:rPr>
          <w:b w:val="0"/>
          <w:sz w:val="20"/>
        </w:rPr>
        <w:t>Current Employment Status: __________________________________________________</w:t>
      </w:r>
    </w:p>
    <w:p>
      <w:r>
        <w:rPr>
          <w:b w:val="0"/>
          <w:sz w:val="20"/>
        </w:rPr>
        <w:t>Work Schedule: ____________________________________________________________</w:t>
      </w:r>
    </w:p>
    <w:p/>
    <w:p>
      <w:r>
        <w:rPr>
          <w:b/>
          <w:sz w:val="22"/>
        </w:rPr>
        <w:t>Income Information:</w:t>
      </w:r>
    </w:p>
    <w:p>
      <w:r>
        <w:rPr>
          <w:b w:val="0"/>
          <w:sz w:val="20"/>
        </w:rPr>
        <w:t>Base Salary/Wages: $__________________ per ________________</w:t>
      </w:r>
    </w:p>
    <w:p>
      <w:r>
        <w:rPr>
          <w:b w:val="0"/>
          <w:sz w:val="20"/>
        </w:rPr>
        <w:t>Overtime, Bonuses, or Commission (if applicable): $__________________ per ________________</w:t>
      </w:r>
    </w:p>
    <w:p>
      <w:r>
        <w:rPr>
          <w:b w:val="0"/>
          <w:sz w:val="20"/>
        </w:rPr>
        <w:t>Total Gross Income: $__________________ per ________________</w:t>
      </w:r>
    </w:p>
    <w:p>
      <w:r>
        <w:rPr>
          <w:b w:val="0"/>
          <w:sz w:val="20"/>
        </w:rPr>
        <w:t>Pay Frequency (Weekly, Bi-weekly, Monthly, etc.): ____________________________</w:t>
      </w:r>
    </w:p>
    <w:p>
      <w:r>
        <w:rPr>
          <w:b w:val="0"/>
          <w:sz w:val="20"/>
        </w:rPr>
        <w:t>Additional Sources of Income (describe): ____________________________________</w:t>
      </w:r>
    </w:p>
    <w:p>
      <w:r>
        <w:rPr>
          <w:b w:val="0"/>
          <w:sz w:val="20"/>
        </w:rPr>
        <w:t>Amount: $__________________ per ________________</w:t>
      </w:r>
    </w:p>
    <w:p/>
    <w:p>
      <w:r>
        <w:rPr>
          <w:b/>
          <w:sz w:val="22"/>
        </w:rPr>
        <w:t>Payment Method:</w:t>
      </w:r>
    </w:p>
    <w:p>
      <w:r>
        <w:rPr>
          <w:b w:val="0"/>
          <w:sz w:val="20"/>
        </w:rPr>
        <w:t>Payments are made via (check all that apply):</w:t>
      </w:r>
    </w:p>
    <w:p>
      <w:r>
        <w:rPr>
          <w:b w:val="0"/>
          <w:sz w:val="20"/>
        </w:rPr>
        <w:t>☐ Direct Deposit</w:t>
      </w:r>
    </w:p>
    <w:p>
      <w:r>
        <w:rPr>
          <w:b w:val="0"/>
          <w:sz w:val="20"/>
        </w:rPr>
        <w:t>☐ Physical Check</w:t>
      </w:r>
    </w:p>
    <w:p>
      <w:r>
        <w:rPr>
          <w:b w:val="0"/>
          <w:sz w:val="20"/>
        </w:rPr>
        <w:t>☐ Other: ________________________________________________________________</w:t>
      </w:r>
    </w:p>
    <w:p/>
    <w:p>
      <w:r>
        <w:rPr>
          <w:b/>
          <w:sz w:val="22"/>
        </w:rPr>
        <w:t>Verification Statement:</w:t>
      </w:r>
    </w:p>
    <w:p>
      <w:r>
        <w:rPr>
          <w:b w:val="0"/>
          <w:sz w:val="20"/>
        </w:rPr>
        <w:t>To the best of my knowledge, the information provided herein is true, accurate, and complete as of the date of this letter. This letter is issued at the request of the employee/income recipient for the purpose stated above and may not be used for any other purpose without prior written consent.</w:t>
      </w:r>
    </w:p>
    <w:p/>
    <w:p>
      <w:r>
        <w:rPr>
          <w:b/>
          <w:sz w:val="22"/>
        </w:rPr>
        <w:t>Legal Disclaimer:</w:t>
      </w:r>
    </w:p>
    <w:p>
      <w:r>
        <w:rPr>
          <w:b w:val="0"/>
          <w:sz w:val="20"/>
        </w:rPr>
        <w:t>This letter is provided solely for income verification purposes. The employer disclaims any liability for any damages arising from the use or misuse of this letter by third parties. Disclosure of this information is authorized by the employee/income recipient and governed by applicable federal and state privacy laws.</w:t>
      </w:r>
    </w:p>
    <w:p/>
    <w:p/>
    <w:p>
      <w:r>
        <w:rPr>
          <w:b w:val="0"/>
          <w:sz w:val="20"/>
        </w:rPr>
        <w:t>Authorized Signature: ________________________________________________</w:t>
      </w:r>
    </w:p>
    <w:p>
      <w:r>
        <w:rPr>
          <w:b w:val="0"/>
          <w:sz w:val="20"/>
        </w:rPr>
        <w:t>Printed Name: ____________________________________________________________</w:t>
      </w:r>
    </w:p>
    <w:p>
      <w:r>
        <w:rPr>
          <w:b w:val="0"/>
          <w:sz w:val="20"/>
        </w:rPr>
        <w:t>Title: _________________________________________________________________</w:t>
      </w:r>
    </w:p>
    <w:p>
      <w:r>
        <w:rPr>
          <w:b w:val="0"/>
          <w:sz w:val="20"/>
        </w:rPr>
        <w:t>Date: _________________________________________________________________</w:t>
      </w:r>
    </w:p>
    <w:p/>
    <w:p/>
    <w:p/>
    <w:p>
      <w:r>
        <w:rPr>
          <w:b/>
          <w:sz w:val="22"/>
        </w:rPr>
        <w:t>Contact for Verification:</w:t>
      </w:r>
    </w:p>
    <w:p>
      <w:r>
        <w:rPr>
          <w:b w:val="0"/>
          <w:sz w:val="20"/>
        </w:rPr>
        <w:t>Should you require any further confirmation or details regarding the employment or income information stated herein, please contact the undersigned at the phone number or address provided above.</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 / INCOME RECIPIENT</w:t>
            </w:r>
          </w:p>
        </w:tc>
        <w:tc>
          <w:tcPr>
            <w:tcW w:type="dxa" w:w="4986"/>
            <w:tcBorders>
              <w:top w:val="nil"/>
              <w:left w:val="nil"/>
              <w:bottom w:val="nil"/>
              <w:right w:val="nil"/>
              <w:insideH w:val="nil"/>
              <w:insideV w:val="nil"/>
            </w:tcBorders>
          </w:tcPr>
          <w:p>
            <w:pPr>
              <w:jc w:val="center"/>
            </w:pPr>
            <w:r>
              <w:t>EMPLOYER REPRESENTATIVE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Printed Name: ___________________________</w:t>
              <w:br/>
              <w:t>Date: ________________________</w:t>
            </w:r>
          </w:p>
        </w:tc>
        <w:tc>
          <w:tcPr>
            <w:tcW w:type="dxa" w:w="4986"/>
            <w:tcBorders>
              <w:top w:val="nil"/>
              <w:left w:val="nil"/>
              <w:bottom w:val="nil"/>
              <w:right w:val="nil"/>
              <w:insideH w:val="nil"/>
              <w:insideV w:val="nil"/>
            </w:tcBorders>
          </w:tcPr>
          <w:p>
            <w:pPr>
              <w:jc w:val="center"/>
            </w:pPr>
            <w:r>
              <w:t>Printed Name: ___________________________</w:t>
              <w:br/>
              <w:t>Date: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https://letter247-us.com/income-letter/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incom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