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INDIVIDUALIZED EDUCATION PROGRAM (IEP) REQUEST LETTER</w:t>
      </w:r>
    </w:p>
    <w:p/>
    <w:p/>
    <w:p>
      <w:r>
        <w:rPr>
          <w:b/>
          <w:sz w:val="20"/>
        </w:rPr>
        <w:t>Sender Information:</w:t>
      </w:r>
    </w:p>
    <w:p>
      <w:r>
        <w:rPr>
          <w:b w:val="0"/>
          <w:sz w:val="20"/>
        </w:rPr>
        <w:t>Full Name: ____________________________________________________________</w:t>
      </w:r>
    </w:p>
    <w:p>
      <w:r>
        <w:rPr>
          <w:b w:val="0"/>
          <w:sz w:val="20"/>
        </w:rPr>
        <w:t>Relationship to Student: 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Recipient Information:</w:t>
      </w:r>
    </w:p>
    <w:p>
      <w:r>
        <w:rPr>
          <w:b w:val="0"/>
          <w:sz w:val="20"/>
        </w:rPr>
        <w:t>School Name: _________________________________________________________</w:t>
      </w:r>
    </w:p>
    <w:p>
      <w:r>
        <w:rPr>
          <w:b w:val="0"/>
          <w:sz w:val="20"/>
        </w:rPr>
        <w:t>School Address: _______________________________________________________</w:t>
      </w:r>
    </w:p>
    <w:p>
      <w:r>
        <w:rPr>
          <w:b w:val="0"/>
          <w:sz w:val="20"/>
        </w:rPr>
        <w:t>School Principal / Special Education Director: 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Student Information:</w:t>
      </w:r>
    </w:p>
    <w:p>
      <w:r>
        <w:rPr>
          <w:b w:val="0"/>
          <w:sz w:val="20"/>
        </w:rPr>
        <w:t>Full Name: ____________________________________________________________</w:t>
      </w:r>
    </w:p>
    <w:p>
      <w:r>
        <w:rPr>
          <w:b w:val="0"/>
          <w:sz w:val="20"/>
        </w:rPr>
        <w:t>Date of Birth: ________________________________________________________</w:t>
      </w:r>
    </w:p>
    <w:p>
      <w:r>
        <w:rPr>
          <w:b w:val="0"/>
          <w:sz w:val="20"/>
        </w:rPr>
        <w:t>Grade: _______________________________________________________________</w:t>
      </w:r>
    </w:p>
    <w:p>
      <w:r>
        <w:rPr>
          <w:b w:val="0"/>
          <w:sz w:val="20"/>
        </w:rPr>
        <w:t>Student ID (if applicable): ___________________________________________</w:t>
      </w:r>
    </w:p>
    <w:p/>
    <w:p>
      <w:r>
        <w:rPr>
          <w:b/>
          <w:sz w:val="20"/>
        </w:rPr>
        <w:t>Subject: Request for Evaluation for an Individualized Education Program (IEP)</w:t>
      </w:r>
    </w:p>
    <w:p/>
    <w:p>
      <w:r>
        <w:rPr>
          <w:b w:val="0"/>
          <w:sz w:val="20"/>
        </w:rPr>
        <w:t>Dear Sir or Madam,</w:t>
      </w:r>
    </w:p>
    <w:p/>
    <w:p>
      <w:r>
        <w:rPr>
          <w:b w:val="0"/>
          <w:sz w:val="20"/>
        </w:rPr>
        <w:t>I am writing to formally request an evaluation for special education services for my child/student named above, pursuant to the Individuals with Disabilities Education Act (IDEA), 20 U.S.C. § 1400 et seq., and applicable state laws and regulations. This request is made in order to determine eligibility for an Individualized Education Program (IEP) and to ensure that appropriate educational services are provided to meet the student's unique needs.</w:t>
      </w:r>
    </w:p>
    <w:p/>
    <w:p>
      <w:r>
        <w:rPr>
          <w:b/>
          <w:sz w:val="20"/>
        </w:rPr>
        <w:t>Reason for Request:</w:t>
      </w:r>
    </w:p>
    <w:p>
      <w:r>
        <w:rPr>
          <w:b w:val="0"/>
          <w:sz w:val="20"/>
        </w:rPr>
        <w:t>I have concerns regarding the student's academic progress and/or developmental, behavioral, or physical challenges that may impact the student's ability to access and benefit from the general education curriculum. Specific areas of concern include, but are not limited to:</w:t>
      </w:r>
    </w:p>
    <w:p>
      <w:r>
        <w:rPr>
          <w:b w:val="0"/>
          <w:sz w:val="20"/>
        </w:rPr>
        <w:t>_______________________________________________________________________</w:t>
      </w:r>
    </w:p>
    <w:p>
      <w:r>
        <w:rPr>
          <w:b w:val="0"/>
          <w:sz w:val="20"/>
        </w:rPr>
        <w:t>_______________________________________________________________________</w:t>
      </w:r>
    </w:p>
    <w:p>
      <w:r>
        <w:rPr>
          <w:b w:val="0"/>
          <w:sz w:val="20"/>
        </w:rPr>
        <w:t>_______________________________________________________________________</w:t>
      </w:r>
    </w:p>
    <w:p/>
    <w:p>
      <w:r>
        <w:rPr>
          <w:b/>
          <w:sz w:val="20"/>
        </w:rPr>
        <w:t>Prior Interventions and Supports:</w:t>
      </w:r>
    </w:p>
    <w:p>
      <w:r>
        <w:rPr>
          <w:b w:val="0"/>
          <w:sz w:val="20"/>
        </w:rPr>
        <w:t>To date, the following interventions and supports have been provided or attempted to address these concerns:</w:t>
      </w:r>
    </w:p>
    <w:p>
      <w:r>
        <w:rPr>
          <w:b w:val="0"/>
          <w:sz w:val="20"/>
        </w:rPr>
        <w:t>_______________________________________________________________________</w:t>
      </w:r>
    </w:p>
    <w:p>
      <w:r>
        <w:rPr>
          <w:b w:val="0"/>
          <w:sz w:val="20"/>
        </w:rPr>
        <w:t>_______________________________________________________________________</w:t>
      </w:r>
    </w:p>
    <w:p>
      <w:r>
        <w:rPr>
          <w:b w:val="0"/>
          <w:sz w:val="20"/>
        </w:rPr>
        <w:t>_______________________________________________________________________</w:t>
      </w:r>
    </w:p>
    <w:p/>
    <w:p>
      <w:r>
        <w:rPr>
          <w:b/>
          <w:sz w:val="20"/>
        </w:rPr>
        <w:t>Request:</w:t>
      </w:r>
    </w:p>
    <w:p>
      <w:r>
        <w:rPr>
          <w:b w:val="0"/>
          <w:sz w:val="20"/>
        </w:rPr>
        <w:t>I hereby request that the school initiate the evaluation process to determine the student's eligibility for special education services under IDEA. Please provide me with a written notice of procedural safeguards, information regarding the evaluation process, and a timeline for completion of the evaluation.</w:t>
      </w:r>
    </w:p>
    <w:p/>
    <w:p>
      <w:r>
        <w:rPr>
          <w:b/>
          <w:sz w:val="20"/>
        </w:rPr>
        <w:t>Confidentiality and Cooperation:</w:t>
      </w:r>
    </w:p>
    <w:p>
      <w:r>
        <w:rPr>
          <w:b w:val="0"/>
          <w:sz w:val="20"/>
        </w:rPr>
        <w:t>I understand that all information obtained during the evaluation process will be kept confidential in accordance with the Family Educational Rights and Privacy Act (FERPA) and other applicable laws. I am willing to cooperate with the school district, provide necessary consent, and participate in meetings and planning sessions related to the evaluation and IEP development.</w:t>
      </w:r>
    </w:p>
    <w:p/>
    <w:p>
      <w:r>
        <w:rPr>
          <w:b w:val="0"/>
          <w:sz w:val="20"/>
        </w:rPr>
        <w:t>Please contact me at the information provided above to acknowledge receipt of this request and to discuss the next steps. I appreciate your prompt attention to this important matter and look forward to working together to support the educational needs of my child/student.</w:t>
      </w:r>
    </w:p>
    <w:p/>
    <w:p/>
    <w:p>
      <w:r>
        <w:rPr>
          <w:b w:val="0"/>
          <w:sz w:val="20"/>
        </w:rPr>
        <w:t>Sincerely,</w:t>
      </w:r>
    </w:p>
    <w:p/>
    <w:p/>
    <w:p/>
    <w:p>
      <w:r>
        <w:rPr>
          <w:b w:val="0"/>
          <w:sz w:val="20"/>
        </w:rPr>
        <w:t>____________________________________________</w:t>
      </w:r>
    </w:p>
    <w:p>
      <w:r>
        <w:rPr>
          <w:b w:val="0"/>
          <w:sz w:val="20"/>
        </w:rPr>
        <w:t>Signature</w:t>
      </w:r>
    </w:p>
    <w:p>
      <w:r>
        <w:rPr>
          <w:b w:val="0"/>
          <w:sz w:val="20"/>
        </w:rPr>
        <w:t>____________________________________________</w:t>
      </w:r>
    </w:p>
    <w:p>
      <w:r>
        <w:rPr>
          <w:b w:val="0"/>
          <w:sz w:val="20"/>
        </w:rPr>
        <w:t>Printed Name</w:t>
      </w:r>
    </w:p>
    <w:p>
      <w:r>
        <w:rPr>
          <w:b w:val="0"/>
          <w:sz w:val="20"/>
        </w:rPr>
        <w:t>____________________________________________</w:t>
      </w:r>
    </w:p>
    <w:p>
      <w:r>
        <w:rPr>
          <w:b w:val="0"/>
          <w:sz w:val="20"/>
        </w:rPr>
        <w:t>Date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Parent/Guardian / Requester</w:t>
            </w:r>
          </w:p>
        </w:tc>
        <w:tc>
          <w:tcPr>
            <w:tcW w:type="dxa" w:w="4986"/>
            <w:tcBorders>
              <w:top w:val="nil"/>
              <w:left w:val="nil"/>
              <w:bottom w:val="nil"/>
              <w:right w:val="nil"/>
              <w:insideH w:val="nil"/>
              <w:insideV w:val="nil"/>
            </w:tcBorders>
          </w:tcPr>
          <w:p>
            <w:pPr>
              <w:jc w:val="center"/>
            </w:pPr>
            <w:r>
              <w:t>School Official / Receiver</w:t>
            </w:r>
          </w:p>
        </w:tc>
      </w:tr>
      <w:tr>
        <w:tc>
          <w:tcPr>
            <w:tcW w:type="dxa" w:w="4986"/>
            <w:tcBorders>
              <w:top w:val="nil"/>
              <w:left w:val="nil"/>
              <w:bottom w:val="nil"/>
              <w:right w:val="nil"/>
              <w:insideH w:val="nil"/>
              <w:insideV w:val="nil"/>
            </w:tcBorders>
          </w:tcPr>
          <w:p>
            <w:pPr>
              <w:jc w:val="center"/>
            </w:pPr>
            <w:r>
              <w:br/>
              <w:t>Signature: _________________________________</w:t>
            </w:r>
          </w:p>
        </w:tc>
        <w:tc>
          <w:tcPr>
            <w:tcW w:type="dxa" w:w="4986"/>
            <w:tcBorders>
              <w:top w:val="nil"/>
              <w:left w:val="nil"/>
              <w:bottom w:val="nil"/>
              <w:right w:val="nil"/>
              <w:insideH w:val="nil"/>
              <w:insideV w:val="nil"/>
            </w:tcBorders>
          </w:tcPr>
          <w:p>
            <w:pPr>
              <w:jc w:val="center"/>
            </w:pPr>
            <w:r>
              <w:br/>
              <w:t>Signature: 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https://letter247-us.com/iep-request-letter/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iep-request-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