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HOTEL WALK-THROUGH INSPECTION LETTER</w:t>
      </w:r>
    </w:p>
    <w:p/>
    <w:p>
      <w:r>
        <w:rPr>
          <w:b w:val="0"/>
          <w:sz w:val="20"/>
        </w:rPr>
        <w:t>To Whom It May Concern,</w:t>
      </w:r>
    </w:p>
    <w:p/>
    <w:p>
      <w:r>
        <w:rPr>
          <w:b w:val="0"/>
          <w:sz w:val="20"/>
        </w:rPr>
        <w:t>This letter serves as a formal record of the walk-through inspection conducted at the hotel property by the undersigned parties prior to check-in. The purpose of this inspection is to document the condition of the guest room and hotel premises to ensure mutual understanding and to protect the rights and responsibilities of both the guest and the hotel management.</w:t>
      </w:r>
    </w:p>
    <w:p/>
    <w:p/>
    <w:p>
      <w:r>
        <w:rPr>
          <w:b/>
          <w:sz w:val="20"/>
        </w:rPr>
        <w:t>Guest Information:</w:t>
      </w:r>
    </w:p>
    <w:p>
      <w:r>
        <w:rPr>
          <w:b w:val="0"/>
          <w:sz w:val="20"/>
        </w:rPr>
        <w:t>Full Name: _______________________________________________________________</w:t>
      </w:r>
    </w:p>
    <w:p>
      <w:r>
        <w:rPr>
          <w:b w:val="0"/>
          <w:sz w:val="20"/>
        </w:rPr>
        <w:t>Contact Number: __________________________________________________________</w:t>
      </w:r>
    </w:p>
    <w:p>
      <w:r>
        <w:rPr>
          <w:b w:val="0"/>
          <w:sz w:val="20"/>
        </w:rPr>
        <w:t>Email Address: ____________________________________________________________</w:t>
      </w:r>
    </w:p>
    <w:p/>
    <w:p>
      <w:r>
        <w:rPr>
          <w:b/>
          <w:sz w:val="20"/>
        </w:rPr>
        <w:t>Hotel Information:</w:t>
      </w:r>
    </w:p>
    <w:p>
      <w:r>
        <w:rPr>
          <w:b w:val="0"/>
          <w:sz w:val="20"/>
        </w:rPr>
        <w:t>Hotel Name: ______________________________________________________________</w:t>
      </w:r>
    </w:p>
    <w:p>
      <w:r>
        <w:rPr>
          <w:b w:val="0"/>
          <w:sz w:val="20"/>
        </w:rPr>
        <w:t>Hotel Address: ___________________________________________________________</w:t>
      </w:r>
    </w:p>
    <w:p>
      <w:r>
        <w:rPr>
          <w:b w:val="0"/>
          <w:sz w:val="20"/>
        </w:rPr>
        <w:t>Room Number: _____________________________________________________________</w:t>
      </w:r>
    </w:p>
    <w:p>
      <w:r>
        <w:rPr>
          <w:b w:val="0"/>
          <w:sz w:val="20"/>
        </w:rPr>
        <w:t>Check-in Date: ___________________________________________________________</w:t>
      </w:r>
    </w:p>
    <w:p/>
    <w:p>
      <w:r>
        <w:rPr>
          <w:b/>
          <w:sz w:val="20"/>
        </w:rPr>
        <w:t>Inspection Details:</w:t>
      </w:r>
    </w:p>
    <w:p/>
    <w:p>
      <w:r>
        <w:rPr>
          <w:b w:val="0"/>
          <w:sz w:val="20"/>
        </w:rPr>
        <w:t>The following items were inspected and documented during the walk-through inspection. Any pre-existing damages, defects, or irregularities are noted accordingly.</w:t>
      </w:r>
    </w:p>
    <w:p/>
    <w:tbl>
      <w:tblPr>
        <w:tblStyle w:val="TableGrid"/>
        <w:tblW w:type="auto" w:w="0"/>
        <w:tblLayout w:type="autofit"/>
        <w:tblLook w:firstColumn="1" w:firstRow="1" w:lastColumn="0" w:lastRow="0" w:noHBand="0" w:noVBand="1" w:val="04A0"/>
      </w:tblPr>
      <w:tblGrid>
        <w:gridCol w:w="3324"/>
        <w:gridCol w:w="3324"/>
        <w:gridCol w:w="3324"/>
      </w:tblGrid>
      <w:tr>
        <w:tc>
          <w:tcPr>
            <w:tcW w:type="dxa" w:w="3324"/>
          </w:tcPr>
          <w:p>
            <w:r>
              <w:t>Item</w:t>
            </w:r>
          </w:p>
        </w:tc>
        <w:tc>
          <w:tcPr>
            <w:tcW w:type="dxa" w:w="3324"/>
          </w:tcPr>
          <w:p>
            <w:r>
              <w:t>Condition</w:t>
            </w:r>
          </w:p>
        </w:tc>
        <w:tc>
          <w:tcPr>
            <w:tcW w:type="dxa" w:w="3324"/>
          </w:tcPr>
          <w:p>
            <w:r>
              <w:t>Comments / Notes</w:t>
            </w:r>
          </w:p>
        </w:tc>
      </w:tr>
      <w:tr>
        <w:tc>
          <w:tcPr>
            <w:tcW w:type="dxa" w:w="3324"/>
          </w:tcPr>
          <w:p>
            <w:r>
              <w:t>Walls and Paint</w:t>
            </w:r>
          </w:p>
        </w:tc>
        <w:tc>
          <w:tcPr>
            <w:tcW w:type="dxa" w:w="3324"/>
          </w:tcPr>
          <w:p>
            <w:r>
              <w:t>___ Good     ___ Minor Damage     ___ Major Damage</w:t>
            </w:r>
          </w:p>
        </w:tc>
        <w:tc>
          <w:tcPr>
            <w:tcW w:type="dxa" w:w="3324"/>
          </w:tcPr>
          <w:p>
            <w:r>
              <w:t>________________________________________________________________________</w:t>
            </w:r>
          </w:p>
        </w:tc>
      </w:tr>
      <w:tr>
        <w:tc>
          <w:tcPr>
            <w:tcW w:type="dxa" w:w="3324"/>
          </w:tcPr>
          <w:p>
            <w:r>
              <w:t>Flooring and Carpets</w:t>
            </w:r>
          </w:p>
        </w:tc>
        <w:tc>
          <w:tcPr>
            <w:tcW w:type="dxa" w:w="3324"/>
          </w:tcPr>
          <w:p>
            <w:r>
              <w:t>___ Good     ___ Minor Damage     ___ Major Damage</w:t>
            </w:r>
          </w:p>
        </w:tc>
        <w:tc>
          <w:tcPr>
            <w:tcW w:type="dxa" w:w="3324"/>
          </w:tcPr>
          <w:p>
            <w:r>
              <w:t>________________________________________________________________________</w:t>
            </w:r>
          </w:p>
        </w:tc>
      </w:tr>
      <w:tr>
        <w:tc>
          <w:tcPr>
            <w:tcW w:type="dxa" w:w="3324"/>
          </w:tcPr>
          <w:p>
            <w:r>
              <w:t>Doors and Locks</w:t>
            </w:r>
          </w:p>
        </w:tc>
        <w:tc>
          <w:tcPr>
            <w:tcW w:type="dxa" w:w="3324"/>
          </w:tcPr>
          <w:p>
            <w:r>
              <w:t>___ Good     ___ Minor Damage     ___ Major Damage</w:t>
            </w:r>
          </w:p>
        </w:tc>
        <w:tc>
          <w:tcPr>
            <w:tcW w:type="dxa" w:w="3324"/>
          </w:tcPr>
          <w:p>
            <w:r>
              <w:t>________________________________________________________________________</w:t>
            </w:r>
          </w:p>
        </w:tc>
      </w:tr>
      <w:tr>
        <w:tc>
          <w:tcPr>
            <w:tcW w:type="dxa" w:w="3324"/>
          </w:tcPr>
          <w:p>
            <w:r>
              <w:t>Windows and Curtains</w:t>
            </w:r>
          </w:p>
        </w:tc>
        <w:tc>
          <w:tcPr>
            <w:tcW w:type="dxa" w:w="3324"/>
          </w:tcPr>
          <w:p>
            <w:r>
              <w:t>___ Good     ___ Minor Damage     ___ Major Damage</w:t>
            </w:r>
          </w:p>
        </w:tc>
        <w:tc>
          <w:tcPr>
            <w:tcW w:type="dxa" w:w="3324"/>
          </w:tcPr>
          <w:p>
            <w:r>
              <w:t>________________________________________________________________________</w:t>
            </w:r>
          </w:p>
        </w:tc>
      </w:tr>
      <w:tr>
        <w:tc>
          <w:tcPr>
            <w:tcW w:type="dxa" w:w="3324"/>
          </w:tcPr>
          <w:p>
            <w:r>
              <w:t>Furniture and Fixtures</w:t>
            </w:r>
          </w:p>
        </w:tc>
        <w:tc>
          <w:tcPr>
            <w:tcW w:type="dxa" w:w="3324"/>
          </w:tcPr>
          <w:p>
            <w:r>
              <w:t>___ Good     ___ Minor Damage     ___ Major Damage</w:t>
            </w:r>
          </w:p>
        </w:tc>
        <w:tc>
          <w:tcPr>
            <w:tcW w:type="dxa" w:w="3324"/>
          </w:tcPr>
          <w:p>
            <w:r>
              <w:t>________________________________________________________________________</w:t>
            </w:r>
          </w:p>
        </w:tc>
      </w:tr>
      <w:tr>
        <w:tc>
          <w:tcPr>
            <w:tcW w:type="dxa" w:w="3324"/>
          </w:tcPr>
          <w:p>
            <w:r>
              <w:t>Bathroom Fixtures</w:t>
            </w:r>
          </w:p>
        </w:tc>
        <w:tc>
          <w:tcPr>
            <w:tcW w:type="dxa" w:w="3324"/>
          </w:tcPr>
          <w:p>
            <w:r>
              <w:t>___ Good     ___ Minor Damage     ___ Major Damage</w:t>
            </w:r>
          </w:p>
        </w:tc>
        <w:tc>
          <w:tcPr>
            <w:tcW w:type="dxa" w:w="3324"/>
          </w:tcPr>
          <w:p>
            <w:r>
              <w:t>________________________________________________________________________</w:t>
            </w:r>
          </w:p>
        </w:tc>
      </w:tr>
      <w:tr>
        <w:tc>
          <w:tcPr>
            <w:tcW w:type="dxa" w:w="3324"/>
          </w:tcPr>
          <w:p>
            <w:r>
              <w:t>Appliances (TV, AC, Refrigerator)</w:t>
            </w:r>
          </w:p>
        </w:tc>
        <w:tc>
          <w:tcPr>
            <w:tcW w:type="dxa" w:w="3324"/>
          </w:tcPr>
          <w:p>
            <w:r>
              <w:t>___ Good     ___ Minor Damage     ___ Major Damage</w:t>
            </w:r>
          </w:p>
        </w:tc>
        <w:tc>
          <w:tcPr>
            <w:tcW w:type="dxa" w:w="3324"/>
          </w:tcPr>
          <w:p>
            <w:r>
              <w:t>________________________________________________________________________</w:t>
            </w:r>
          </w:p>
        </w:tc>
      </w:tr>
      <w:tr>
        <w:tc>
          <w:tcPr>
            <w:tcW w:type="dxa" w:w="3324"/>
          </w:tcPr>
          <w:p>
            <w:r>
              <w:t>Lighting and Electrical Outlets</w:t>
            </w:r>
          </w:p>
        </w:tc>
        <w:tc>
          <w:tcPr>
            <w:tcW w:type="dxa" w:w="3324"/>
          </w:tcPr>
          <w:p>
            <w:r>
              <w:t>___ Good     ___ Minor Damage     ___ Major Damage</w:t>
            </w:r>
          </w:p>
        </w:tc>
        <w:tc>
          <w:tcPr>
            <w:tcW w:type="dxa" w:w="3324"/>
          </w:tcPr>
          <w:p>
            <w:r>
              <w:t>________________________________________________________________________</w:t>
            </w:r>
          </w:p>
        </w:tc>
      </w:tr>
    </w:tbl>
    <w:p/>
    <w:p/>
    <w:p>
      <w:r>
        <w:rPr>
          <w:b/>
          <w:sz w:val="20"/>
        </w:rPr>
        <w:t>Guest Acknowledgement:</w:t>
      </w:r>
    </w:p>
    <w:p>
      <w:r>
        <w:rPr>
          <w:b w:val="0"/>
          <w:sz w:val="20"/>
        </w:rPr>
        <w:t>By signing below, the guest acknowledges having inspected the room and hotel premises listed above and agrees that the condition has been accurately recorded. The guest accepts responsibility for any damages incurred during their stay beyond normal wear and tear.</w:t>
      </w:r>
    </w:p>
    <w:p/>
    <w:p>
      <w:r>
        <w:rPr>
          <w:b/>
          <w:sz w:val="20"/>
        </w:rPr>
        <w:t>Hotel Management Acknowledgement:</w:t>
      </w:r>
    </w:p>
    <w:p>
      <w:r>
        <w:rPr>
          <w:b w:val="0"/>
          <w:sz w:val="20"/>
        </w:rPr>
        <w:t>The undersigned hotel representative confirms that the above condition report was completed in the presence of the guest and reflects an accurate assessment of the premises prior to guest occupancy.</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GUEST</w:t>
            </w:r>
          </w:p>
        </w:tc>
        <w:tc>
          <w:tcPr>
            <w:tcW w:type="dxa" w:w="4986"/>
            <w:tcBorders>
              <w:top w:val="nil"/>
              <w:left w:val="nil"/>
              <w:bottom w:val="nil"/>
              <w:right w:val="nil"/>
              <w:insideH w:val="nil"/>
              <w:insideV w:val="nil"/>
            </w:tcBorders>
          </w:tcPr>
          <w:p>
            <w:pPr>
              <w:jc w:val="center"/>
            </w:pPr>
            <w:r>
              <w:t>HOTEL REPRESENTATIVE</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Name: ____________________________________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p/>
    <w:p>
      <w:r>
        <w:rPr>
          <w:b/>
          <w:sz w:val="20"/>
        </w:rPr>
        <w:t>Legal Disclaimer:</w:t>
      </w:r>
    </w:p>
    <w:p>
      <w:r>
        <w:rPr>
          <w:b w:val="0"/>
          <w:sz w:val="20"/>
        </w:rPr>
        <w:t>This walk-through inspection letter constitutes a legally binding record between the guest and the hotel under the laws of the United States. Any disputes arising out of this inspection shall be resolved in accordance with applicable federal and state laws. Both parties agree to act in good faith and cooperate to resolve any issues concerning the condition of the premises.</w:t>
      </w:r>
    </w:p>
    <w:p/>
    <w:p>
      <w:r>
        <w:rPr>
          <w:b w:val="0"/>
          <w:sz w:val="20"/>
        </w:rPr>
        <w:t>For any questions or disputes related to this inspection, please contact the hotel management at:</w:t>
      </w:r>
    </w:p>
    <w:p>
      <w:r>
        <w:rPr>
          <w:b w:val="0"/>
          <w:sz w:val="20"/>
        </w:rPr>
        <w:t>Phone: _______________________________________________________________</w:t>
      </w:r>
    </w:p>
    <w:p>
      <w:r>
        <w:rPr>
          <w:b w:val="0"/>
          <w:sz w:val="20"/>
        </w:rPr>
        <w:t>Email: _______________________________________________________________</w:t>
      </w:r>
    </w:p>
    <w:p/>
    <w:p>
      <w:pPr>
        <w:jc w:val="center"/>
      </w:pPr>
      <w:r>
        <w:rPr>
          <w:b w:val="0"/>
          <w:sz w:val="20"/>
        </w:rPr>
        <w:t>Thank you for your cooperation.</w:t>
      </w:r>
    </w:p>
    <w:p/>
    <w:p/>
    <w:p>
      <w:r>
        <w:br w:type="page"/>
      </w:r>
    </w:p>
    <w:p>
      <w:pPr>
        <w:jc w:val="center"/>
      </w:pPr>
      <w:r>
        <w:rPr>
          <w:color w:val="555555"/>
          <w:sz w:val="24"/>
        </w:rPr>
        <w:t>Original source of this document:</w:t>
      </w:r>
    </w:p>
    <w:p>
      <w:pPr>
        <w:jc w:val="center"/>
      </w:pPr>
      <w:hyperlink r:id="rId9">
        <w:r>
          <w:rPr>
            <w:color w:val="0000FF"/>
            <w:u w:val="single"/>
          </w:rPr>
          <w:t>https://letter247-us.com/hotel-walk-letter/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hotel-walk-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