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HOME LOVE LETTER</w:t>
      </w:r>
    </w:p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This letter serves to express sincere interest and heartfelt intention regarding the property located at:</w:t>
      </w:r>
    </w:p>
    <w:p>
      <w:r>
        <w:rPr>
          <w:b w:val="0"/>
          <w:sz w:val="20"/>
        </w:rPr>
        <w:t>Property Address: ________________________________________________________________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Name(s): _________________________________________________________________</w:t>
      </w:r>
    </w:p>
    <w:p>
      <w:r>
        <w:rPr>
          <w:b w:val="0"/>
          <w:sz w:val="20"/>
        </w:rPr>
        <w:t>Current Address: 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_________________________________________________________________</w:t>
      </w:r>
    </w:p>
    <w:p/>
    <w:p>
      <w:r>
        <w:rPr>
          <w:b/>
          <w:sz w:val="20"/>
        </w:rPr>
        <w:t>Property Details:</w:t>
      </w:r>
    </w:p>
    <w:p>
      <w:r>
        <w:rPr>
          <w:b w:val="0"/>
          <w:sz w:val="20"/>
        </w:rPr>
        <w:t>Type of Property: ______________________________________________________________</w:t>
      </w:r>
    </w:p>
    <w:p>
      <w:r>
        <w:rPr>
          <w:b w:val="0"/>
          <w:sz w:val="20"/>
        </w:rPr>
        <w:t>Bedrooms: __________________    Bathrooms: __________________    Square Footage: ____________</w:t>
      </w:r>
    </w:p>
    <w:p>
      <w:r>
        <w:rPr>
          <w:b w:val="0"/>
          <w:sz w:val="20"/>
        </w:rPr>
        <w:t>Year Built: __________________    Lot Size: __________________    Additional Features: ___________</w:t>
      </w:r>
    </w:p>
    <w:p/>
    <w:p>
      <w:r>
        <w:rPr>
          <w:b/>
          <w:sz w:val="20"/>
        </w:rPr>
        <w:t>Reason for Interest in the Property: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Personal Connection to the Neighborhood and Community: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Intended Use of the Property: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Financial Preparedness:</w:t>
      </w:r>
    </w:p>
    <w:p>
      <w:r>
        <w:rPr>
          <w:b w:val="0"/>
          <w:sz w:val="20"/>
        </w:rPr>
        <w:t>I affirm that I am financially prepared to proceed with the purchase and have been pre-approved for a mortgage or have the means to purchase in cash. I understand the importance of a timely and smooth transaction.</w:t>
      </w:r>
    </w:p>
    <w:p/>
    <w:p>
      <w:r>
        <w:rPr>
          <w:b/>
          <w:sz w:val="20"/>
        </w:rPr>
        <w:t>Purchase Offer Summary:</w:t>
      </w:r>
    </w:p>
    <w:p>
      <w:r>
        <w:rPr>
          <w:b w:val="0"/>
          <w:sz w:val="20"/>
        </w:rPr>
        <w:t>Offer Price: ___________________ USD</w:t>
      </w:r>
    </w:p>
    <w:p>
      <w:r>
        <w:rPr>
          <w:b w:val="0"/>
          <w:sz w:val="20"/>
        </w:rPr>
        <w:t>Proposed Closing Timeline: ___________________________________________</w:t>
      </w:r>
    </w:p>
    <w:p>
      <w:r>
        <w:rPr>
          <w:b w:val="0"/>
          <w:sz w:val="20"/>
        </w:rPr>
        <w:t>Contingencies (if any): _______________________________________________</w:t>
      </w:r>
    </w:p>
    <w:p/>
    <w:p>
      <w:r>
        <w:rPr>
          <w:b/>
          <w:sz w:val="20"/>
        </w:rPr>
        <w:t>Commitment Statement:</w:t>
      </w:r>
    </w:p>
    <w:p>
      <w:r>
        <w:rPr>
          <w:b w:val="0"/>
          <w:sz w:val="20"/>
        </w:rPr>
        <w:t>I am committed to working cooperatively and respectfully throughout the process and to honoring all contractual obligations in accordance with United States law. I greatly appreciate your consideration of this offer and the opportunity to make this property my home.</w:t>
      </w:r>
    </w:p>
    <w:p/>
    <w:p/>
    <w:p>
      <w:r>
        <w:rPr>
          <w:b w:val="0"/>
          <w:sz w:val="20"/>
        </w:rPr>
        <w:t>Thank you for your time and consideration.</w:t>
      </w:r>
    </w:p>
    <w:p>
      <w:r>
        <w:rPr>
          <w:b w:val="0"/>
          <w:sz w:val="20"/>
        </w:rPr>
        <w:t>I look forward to the possibility of calling this property my home and contributing positively to the community.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Seller/Agent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https://letter247-us.com/home-love-letter/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home-lov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