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HOMEOWNERS ASSOCIATION ESTOPPEL LETTER</w:t>
      </w:r>
    </w:p>
    <w:p/>
    <w:p/>
    <w:p>
      <w:r>
        <w:rPr>
          <w:b w:val="0"/>
          <w:sz w:val="20"/>
        </w:rPr>
        <w:t>To Whom It May Concern:</w:t>
      </w:r>
    </w:p>
    <w:p/>
    <w:p>
      <w:r>
        <w:rPr>
          <w:b w:val="0"/>
          <w:sz w:val="20"/>
        </w:rPr>
        <w:t>This Estoppel Letter is provided by the undersigned Homeowners Association ("HOA"), in accordance with applicable laws and pursuant to the governing documents of the HOA, to certify the status of the identified property owner and the subject property within the HOA community.</w:t>
      </w:r>
    </w:p>
    <w:p/>
    <w:p/>
    <w:p>
      <w:r>
        <w:rPr>
          <w:b/>
          <w:sz w:val="22"/>
        </w:rPr>
        <w:t>1. Property Information</w:t>
      </w:r>
    </w:p>
    <w:p>
      <w:r>
        <w:rPr>
          <w:b w:val="0"/>
          <w:sz w:val="20"/>
        </w:rPr>
        <w:t>Property Address: _____________________________________________________________</w:t>
      </w:r>
    </w:p>
    <w:p>
      <w:r>
        <w:rPr>
          <w:b w:val="0"/>
          <w:sz w:val="20"/>
        </w:rPr>
        <w:t>Unit/Apartment Number (if applicable): __________________________________________</w:t>
      </w:r>
    </w:p>
    <w:p>
      <w:r>
        <w:rPr>
          <w:b w:val="0"/>
          <w:sz w:val="20"/>
        </w:rPr>
        <w:t>Legal Description (if applicable): _______________________________________________</w:t>
      </w:r>
    </w:p>
    <w:p/>
    <w:p>
      <w:r>
        <w:rPr>
          <w:b/>
          <w:sz w:val="22"/>
        </w:rPr>
        <w:t>2. Owner Information</w:t>
      </w:r>
    </w:p>
    <w:p>
      <w:r>
        <w:rPr>
          <w:b w:val="0"/>
          <w:sz w:val="20"/>
        </w:rPr>
        <w:t>Owner(s) Name(s): _____________________________________________________________</w:t>
      </w:r>
    </w:p>
    <w:p>
      <w:r>
        <w:rPr>
          <w:b w:val="0"/>
          <w:sz w:val="20"/>
        </w:rPr>
        <w:t>Mailing Address (if different from property): 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p>
      <w:r>
        <w:rPr>
          <w:b/>
          <w:sz w:val="22"/>
        </w:rPr>
        <w:t>3. Assessment and Fees Status</w:t>
      </w:r>
    </w:p>
    <w:p>
      <w:r>
        <w:rPr>
          <w:b w:val="0"/>
          <w:sz w:val="20"/>
        </w:rPr>
        <w:t>As of the date of this letter, the current status related to assessments, fees, and charges associated with the property is as follows:</w:t>
      </w:r>
    </w:p>
    <w:p>
      <w:r>
        <w:rPr>
          <w:b w:val="0"/>
          <w:sz w:val="20"/>
        </w:rPr>
        <w:t>Monthly Assessment Amount: ______________________ USD</w:t>
      </w:r>
    </w:p>
    <w:p>
      <w:r>
        <w:rPr>
          <w:b w:val="0"/>
          <w:sz w:val="20"/>
        </w:rPr>
        <w:t>Assessment Payment Due Date: ______________________</w:t>
      </w:r>
    </w:p>
    <w:p>
      <w:r>
        <w:rPr>
          <w:b w:val="0"/>
          <w:sz w:val="20"/>
        </w:rPr>
        <w:t>Account Balance: ________________________________ USD</w:t>
      </w:r>
    </w:p>
    <w:p>
      <w:r>
        <w:rPr>
          <w:b w:val="0"/>
          <w:sz w:val="20"/>
        </w:rPr>
        <w:t>Late Fees, Fines, or Other Charges (if any): ____________________________________ USD</w:t>
      </w:r>
    </w:p>
    <w:p>
      <w:r>
        <w:rPr>
          <w:b w:val="0"/>
          <w:sz w:val="20"/>
        </w:rPr>
        <w:t>The Owner is current on all assessments, fees, and charges, except as noted above.</w:t>
      </w:r>
    </w:p>
    <w:p/>
    <w:p/>
    <w:p>
      <w:r>
        <w:rPr>
          <w:b/>
          <w:sz w:val="22"/>
        </w:rPr>
        <w:t>4. Violations and Legal Status</w:t>
      </w:r>
    </w:p>
    <w:p>
      <w:r>
        <w:rPr>
          <w:b w:val="0"/>
          <w:sz w:val="20"/>
        </w:rPr>
        <w:t>To the best knowledge of the HOA, the property is not subject to any pending or outstanding violations of the HOA's rules, regulations, or covenants.</w:t>
      </w:r>
    </w:p>
    <w:p>
      <w:r>
        <w:rPr>
          <w:b w:val="0"/>
          <w:sz w:val="20"/>
        </w:rPr>
        <w:t>There are no pending or threatened liens, lawsuits, arbitration, or other legal actions by or against the HOA related to this property.</w:t>
      </w:r>
    </w:p>
    <w:p/>
    <w:p/>
    <w:p>
      <w:r>
        <w:rPr>
          <w:b/>
          <w:sz w:val="22"/>
        </w:rPr>
        <w:t>5. Insurance and Other Disclosures</w:t>
      </w:r>
    </w:p>
    <w:p>
      <w:r>
        <w:rPr>
          <w:b w:val="0"/>
          <w:sz w:val="20"/>
        </w:rPr>
        <w:t>The HOA maintains insurance coverage as required by the governing documents and applicable law. Information regarding insurance policies is available upon request.</w:t>
      </w:r>
    </w:p>
    <w:p>
      <w:r>
        <w:rPr>
          <w:b w:val="0"/>
          <w:sz w:val="20"/>
        </w:rPr>
        <w:t>There are no known special assessments or pending changes to the governing documents that would materially affect the property or its owner.</w:t>
      </w:r>
    </w:p>
    <w:p/>
    <w:p/>
    <w:p>
      <w:r>
        <w:rPr>
          <w:b/>
          <w:sz w:val="22"/>
        </w:rPr>
        <w:t>6. Certification</w:t>
      </w:r>
    </w:p>
    <w:p>
      <w:r>
        <w:rPr>
          <w:b w:val="0"/>
          <w:sz w:val="20"/>
        </w:rPr>
        <w:t>The undersigned authorized representative of the HOA certifies that the statements contained herein are true and accurate to the best of their knowledge as of the issuance date of this letter.</w:t>
      </w:r>
    </w:p>
    <w:p>
      <w:r>
        <w:rPr>
          <w:b w:val="0"/>
          <w:sz w:val="20"/>
        </w:rPr>
        <w:t>This Estoppel Letter is intended solely for the use of the addressee and may not be relied upon by any other party.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HOMEOWNERS ASSOCIATION</w:t>
            </w:r>
          </w:p>
        </w:tc>
        <w:tc>
          <w:tcPr>
            <w:tcW w:type="dxa" w:w="4986"/>
            <w:tcBorders>
              <w:top w:val="nil"/>
              <w:left w:val="nil"/>
              <w:bottom w:val="nil"/>
              <w:right w:val="nil"/>
              <w:insideH w:val="nil"/>
              <w:insideV w:val="nil"/>
            </w:tcBorders>
          </w:tcPr>
          <w:p>
            <w:pPr>
              <w:jc w:val="center"/>
            </w:pPr>
            <w:r>
              <w:t>AUTHORIZED REPRESENTATIVE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r>
        <w:tc>
          <w:tcPr>
            <w:tcW w:type="dxa" w:w="4986"/>
            <w:tcBorders>
              <w:top w:val="nil"/>
              <w:left w:val="nil"/>
              <w:bottom w:val="nil"/>
              <w:right w:val="nil"/>
              <w:insideH w:val="nil"/>
              <w:insideV w:val="nil"/>
            </w:tcBorders>
          </w:tcPr>
          <w:p>
            <w:pPr>
              <w:jc w:val="center"/>
            </w:pPr>
            <w:r>
              <w:t>Title: _________________________________</w:t>
            </w:r>
          </w:p>
        </w:tc>
        <w:tc>
          <w:tcPr>
            <w:tcW w:type="dxa" w:w="4986"/>
            <w:tcBorders>
              <w:top w:val="nil"/>
              <w:left w:val="nil"/>
              <w:bottom w:val="nil"/>
              <w:right w:val="nil"/>
              <w:insideH w:val="nil"/>
              <w:insideV w:val="nil"/>
            </w:tcBorders>
          </w:tcPr>
          <w:p>
            <w:pPr>
              <w:jc w:val="center"/>
            </w:pPr>
            <w:r>
              <w:t>Date: __________________________________</w:t>
            </w:r>
          </w:p>
        </w:tc>
      </w:tr>
    </w:tbl>
    <w:p/>
    <w:p/>
    <w:p>
      <w:r>
        <w:rPr>
          <w:b/>
          <w:sz w:val="22"/>
        </w:rPr>
        <w:t>7. HOA Contact Information</w:t>
      </w:r>
    </w:p>
    <w:p>
      <w:r>
        <w:rPr>
          <w:b w:val="0"/>
          <w:sz w:val="20"/>
        </w:rPr>
        <w:t>HOA Name: _________________________________________________________________</w:t>
      </w:r>
    </w:p>
    <w:p>
      <w:r>
        <w:rPr>
          <w:b w:val="0"/>
          <w:sz w:val="20"/>
        </w:rPr>
        <w:t>HOA Address: _______________________________________________________________</w:t>
      </w:r>
    </w:p>
    <w:p>
      <w:r>
        <w:rPr>
          <w:b w:val="0"/>
          <w:sz w:val="20"/>
        </w:rPr>
        <w:t>Phone Number: ______________________________________________________________</w:t>
      </w:r>
    </w:p>
    <w:p>
      <w:r>
        <w:rPr>
          <w:b w:val="0"/>
          <w:sz w:val="20"/>
        </w:rPr>
        <w:t>Email Address: ______________________________________________________________</w:t>
      </w:r>
    </w:p>
    <w:p>
      <w:r>
        <w:rPr>
          <w:b w:val="0"/>
          <w:sz w:val="20"/>
        </w:rPr>
        <w:t>Management Company (if applicable): _________________________________________</w:t>
      </w:r>
    </w:p>
    <w:p>
      <w:r>
        <w:rPr>
          <w:b w:val="0"/>
          <w:sz w:val="20"/>
        </w:rPr>
        <w:t>Management Company Phone: _________________________________________________</w:t>
      </w:r>
    </w:p>
    <w:p/>
    <w:p/>
    <w:p>
      <w:r>
        <w:rPr>
          <w:b w:val="0"/>
          <w:sz w:val="20"/>
        </w:rPr>
        <w:t>This Estoppel Letter is provided without warranty and does not constitute a waiver of any rights or remedies available to the HOA under the governing documents or law.</w:t>
      </w:r>
    </w:p>
    <w:p>
      <w:r>
        <w:rPr>
          <w:b w:val="0"/>
          <w:sz w:val="20"/>
        </w:rPr>
        <w:t>The recipient is advised to perform their own due diligence and consult legal counsel regarding reliance on this letter.</w:t>
      </w:r>
    </w:p>
    <w:p/>
    <w:p/>
    <w:p>
      <w:r>
        <w:br w:type="page"/>
      </w:r>
    </w:p>
    <w:p>
      <w:pPr>
        <w:jc w:val="center"/>
      </w:pPr>
      <w:r>
        <w:rPr>
          <w:color w:val="555555"/>
          <w:sz w:val="24"/>
        </w:rPr>
        <w:t>Original source of this document:</w:t>
      </w:r>
    </w:p>
    <w:p>
      <w:pPr>
        <w:jc w:val="center"/>
      </w:pPr>
      <w:hyperlink r:id="rId9">
        <w:r>
          <w:rPr>
            <w:color w:val="0000FF"/>
            <w:u w:val="single"/>
          </w:rPr>
          <w:t>https://letter247-us.com/hoa-estoppel-letter/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hoa-estoppel-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