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HARDSHIP LETTER FOR CREDITORS</w:t>
      </w:r>
    </w:p>
    <w:p/>
    <w:p/>
    <w:p>
      <w:r>
        <w:rPr>
          <w:b w:val="0"/>
          <w:sz w:val="20"/>
        </w:rPr>
        <w:t>To Whom It May Concern,</w:t>
      </w:r>
    </w:p>
    <w:p/>
    <w:p>
      <w:r>
        <w:rPr>
          <w:b w:val="0"/>
          <w:sz w:val="20"/>
        </w:rPr>
        <w:t>I am writing this letter to formally notify you of my current financial hardship which has severely impacted my ability to meet my financial obligations, including my debt repayment schedules with your institution.</w:t>
      </w:r>
    </w:p>
    <w:p/>
    <w:p>
      <w:r>
        <w:rPr>
          <w:b/>
          <w:sz w:val="22"/>
        </w:rPr>
        <w:t>Debtor Information:</w:t>
      </w:r>
    </w:p>
    <w:p>
      <w:r>
        <w:rPr>
          <w:b w:val="0"/>
          <w:sz w:val="20"/>
        </w:rPr>
        <w:t>Full Name: ____________________________________________________________</w:t>
      </w:r>
    </w:p>
    <w:p>
      <w:r>
        <w:rPr>
          <w:b w:val="0"/>
          <w:sz w:val="20"/>
        </w:rPr>
        <w:t>Account Number(s): 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r>
        <w:rPr>
          <w:b/>
          <w:sz w:val="22"/>
        </w:rPr>
        <w:t>Creditor Information:</w:t>
      </w:r>
    </w:p>
    <w:p>
      <w:r>
        <w:rPr>
          <w:b w:val="0"/>
          <w:sz w:val="20"/>
        </w:rPr>
        <w:t>Creditor Name: _________________________________________________________</w:t>
      </w:r>
    </w:p>
    <w:p>
      <w:r>
        <w:rPr>
          <w:b w:val="0"/>
          <w:sz w:val="20"/>
        </w:rPr>
        <w:t>Account Number(s): 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r>
        <w:rPr>
          <w:b/>
          <w:sz w:val="22"/>
        </w:rPr>
        <w:t>Description of Financial Hardship:</w:t>
      </w:r>
    </w:p>
    <w:p>
      <w:r>
        <w:rPr>
          <w:b w:val="0"/>
          <w:sz w:val="20"/>
        </w:rPr>
        <w:t>Due to unforeseen circumstances beyond my control, such as but not limited to job loss, medical emergency, reduced income, or other significant financial burdens, I am currently experiencing a substantial decrease in my financial resources.</w:t>
      </w:r>
    </w:p>
    <w:p>
      <w:r>
        <w:rPr>
          <w:b w:val="0"/>
          <w:sz w:val="20"/>
        </w:rPr>
        <w:t>These circumstances have made it impossible for me to maintain the previously agreed upon payment amounts and schedules. I am committed to resolving my debts and wish to work cooperatively to find an equitable solution.</w:t>
      </w:r>
    </w:p>
    <w:p/>
    <w:p>
      <w:r>
        <w:rPr>
          <w:b/>
          <w:sz w:val="22"/>
        </w:rPr>
        <w:t>Details of Hardship Conditions:</w:t>
      </w:r>
    </w:p>
    <w:p>
      <w:r>
        <w:rPr>
          <w:b w:val="0"/>
          <w:sz w:val="20"/>
        </w:rPr>
        <w:t>1. Employment Status: ___________________________________________________</w:t>
      </w:r>
    </w:p>
    <w:p>
      <w:r>
        <w:rPr>
          <w:b w:val="0"/>
          <w:sz w:val="20"/>
        </w:rPr>
        <w:t>2. Monthly Income: ______________________________________________________</w:t>
      </w:r>
    </w:p>
    <w:p>
      <w:r>
        <w:rPr>
          <w:b w:val="0"/>
          <w:sz w:val="20"/>
        </w:rPr>
        <w:t>3. Monthly Expenses (including essential living costs): ____________________</w:t>
      </w:r>
    </w:p>
    <w:p>
      <w:r>
        <w:rPr>
          <w:b w:val="0"/>
          <w:sz w:val="20"/>
        </w:rPr>
        <w:t>4. Outstanding Debts and Obligations: ____________________________________</w:t>
      </w:r>
    </w:p>
    <w:p>
      <w:r>
        <w:rPr>
          <w:b w:val="0"/>
          <w:sz w:val="20"/>
        </w:rPr>
        <w:t>5. Other Relevant Financial Information: _________________________________</w:t>
      </w:r>
    </w:p>
    <w:p/>
    <w:p>
      <w:r>
        <w:rPr>
          <w:b/>
          <w:sz w:val="22"/>
        </w:rPr>
        <w:t>Request for Temporary Assistance or Modification:</w:t>
      </w:r>
    </w:p>
    <w:p>
      <w:r>
        <w:rPr>
          <w:b w:val="0"/>
          <w:sz w:val="20"/>
        </w:rPr>
        <w:t>I hereby respectfully request your consideration for one or more of the following accommodations to help me manage my financial obligations during this hardship period:</w:t>
      </w:r>
    </w:p>
    <w:p>
      <w:r>
        <w:rPr>
          <w:b w:val="0"/>
          <w:sz w:val="20"/>
        </w:rPr>
        <w:t>- Temporary reduction or suspension of payments</w:t>
      </w:r>
    </w:p>
    <w:p>
      <w:r>
        <w:rPr>
          <w:b w:val="0"/>
          <w:sz w:val="20"/>
        </w:rPr>
        <w:t>- Interest rate reduction or freeze</w:t>
      </w:r>
    </w:p>
    <w:p>
      <w:r>
        <w:rPr>
          <w:b w:val="0"/>
          <w:sz w:val="20"/>
        </w:rPr>
        <w:t>- Extension of loan terms</w:t>
      </w:r>
    </w:p>
    <w:p>
      <w:r>
        <w:rPr>
          <w:b w:val="0"/>
          <w:sz w:val="20"/>
        </w:rPr>
        <w:t>- Revised payment plan</w:t>
      </w:r>
    </w:p>
    <w:p>
      <w:r>
        <w:rPr>
          <w:b w:val="0"/>
          <w:sz w:val="20"/>
        </w:rPr>
        <w:t>- Forbearance agreement</w:t>
      </w:r>
    </w:p>
    <w:p>
      <w:r>
        <w:rPr>
          <w:b w:val="0"/>
          <w:sz w:val="20"/>
        </w:rPr>
        <w:t>- Any other relief measures available under your policies</w:t>
      </w:r>
    </w:p>
    <w:p/>
    <w:p>
      <w:r>
        <w:rPr>
          <w:b/>
          <w:sz w:val="22"/>
        </w:rPr>
        <w:t>Commitment to Resolution:</w:t>
      </w:r>
    </w:p>
    <w:p>
      <w:r>
        <w:rPr>
          <w:b w:val="0"/>
          <w:sz w:val="20"/>
        </w:rPr>
        <w:t>I affirm my intention to repay my debts in full. My current hardship is temporary, and I am actively working to improve my financial situation through all available means. I will keep your office updated on any changes to my circumstances and will resume regular payments as soon as possible.</w:t>
      </w:r>
    </w:p>
    <w:p/>
    <w:p>
      <w:r>
        <w:rPr>
          <w:b/>
          <w:sz w:val="22"/>
        </w:rPr>
        <w:t>Supporting Documentation:</w:t>
      </w:r>
    </w:p>
    <w:p>
      <w:r>
        <w:rPr>
          <w:b w:val="0"/>
          <w:sz w:val="20"/>
        </w:rPr>
        <w:t>Please find attached relevant documents substantiating my hardship claim, including but not limited to:</w:t>
      </w:r>
    </w:p>
    <w:p>
      <w:r>
        <w:rPr>
          <w:b w:val="0"/>
          <w:sz w:val="20"/>
        </w:rPr>
        <w:t>- Proof of income or income reduction</w:t>
      </w:r>
    </w:p>
    <w:p>
      <w:r>
        <w:rPr>
          <w:b w:val="0"/>
          <w:sz w:val="20"/>
        </w:rPr>
        <w:t>- Medical or emergency expense documentation</w:t>
      </w:r>
    </w:p>
    <w:p>
      <w:r>
        <w:rPr>
          <w:b w:val="0"/>
          <w:sz w:val="20"/>
        </w:rPr>
        <w:t>- Unemployment or layoff notices</w:t>
      </w:r>
    </w:p>
    <w:p>
      <w:r>
        <w:rPr>
          <w:b w:val="0"/>
          <w:sz w:val="20"/>
        </w:rPr>
        <w:t>- Other pertinent financial statements</w:t>
      </w:r>
    </w:p>
    <w:p/>
    <w:p>
      <w:r>
        <w:rPr>
          <w:b/>
          <w:sz w:val="22"/>
        </w:rPr>
        <w:t>Legal Notice:</w:t>
      </w:r>
    </w:p>
    <w:p>
      <w:r>
        <w:rPr>
          <w:b w:val="0"/>
          <w:sz w:val="20"/>
        </w:rPr>
        <w:t>This letter serves as a formal notification of hardship under applicable United States laws and regulations. It is provided in good faith and intended to establish a basis for negotiation and temporary relief. This letter does not waive any rights or obligations unless expressly agreed in writing by both parties.</w:t>
      </w:r>
    </w:p>
    <w:p/>
    <w:p>
      <w:r>
        <w:rPr>
          <w:b/>
          <w:sz w:val="22"/>
        </w:rPr>
        <w:t>Confidentiality Statement:</w:t>
      </w:r>
    </w:p>
    <w:p>
      <w:r>
        <w:rPr>
          <w:b w:val="0"/>
          <w:sz w:val="20"/>
        </w:rPr>
        <w:t>I request that all information provided herein and any subsequent communications be treated with strict confidentiality in compliance with applicable privacy laws and regulations.</w:t>
      </w:r>
    </w:p>
    <w:p/>
    <w:p/>
    <w:p>
      <w:r>
        <w:rPr>
          <w:b w:val="0"/>
          <w:sz w:val="20"/>
        </w:rPr>
        <w:t>Thank you for your time and understanding in this matter. I look forward to your prompt response.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DEBTOR</w:t>
            </w:r>
          </w:p>
        </w:tc>
        <w:tc>
          <w:tcPr>
            <w:tcW w:type="dxa" w:w="4986"/>
            <w:tcBorders>
              <w:top w:val="nil"/>
              <w:left w:val="nil"/>
              <w:bottom w:val="nil"/>
              <w:right w:val="nil"/>
              <w:insideH w:val="nil"/>
              <w:insideV w:val="nil"/>
            </w:tcBorders>
          </w:tcPr>
          <w:p>
            <w:pPr>
              <w:jc w:val="center"/>
            </w:pPr>
            <w:r>
              <w:t>CREDITOR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https://letter247-us.com/hardship-letter-for-creditors/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hardship-letter-for-creditors/"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