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HARD INQUIRY DISPUTE LETTER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</w:t>
      </w:r>
    </w:p>
    <w:p/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Credit Reporting Agency Name: 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________________________________________________</w:t>
      </w:r>
    </w:p>
    <w:p/>
    <w:p/>
    <w:p>
      <w:r>
        <w:rPr>
          <w:b/>
          <w:sz w:val="20"/>
        </w:rPr>
        <w:t>RE: Dispute Regarding Unauthorized Hard Inquiry on Credit Report</w:t>
      </w:r>
    </w:p>
    <w:p/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 am writing to formally dispute a hard inquiry appearing on my credit report that I believe to be unauthorized and inaccurate. Under the Fair Credit Reporting Act (FCRA), I have the right to request the removal of any hard inquiry that was not initiated by me or without my explicit consent.</w:t>
      </w:r>
    </w:p>
    <w:p/>
    <w:p>
      <w:r>
        <w:rPr>
          <w:b/>
          <w:sz w:val="20"/>
        </w:rPr>
        <w:t>Inquiry Details:</w:t>
      </w:r>
    </w:p>
    <w:p>
      <w:r>
        <w:rPr>
          <w:b w:val="0"/>
          <w:sz w:val="20"/>
        </w:rPr>
        <w:t>Creditor/Company Name: ________________________________________________</w:t>
      </w:r>
    </w:p>
    <w:p>
      <w:r>
        <w:rPr>
          <w:b w:val="0"/>
          <w:sz w:val="20"/>
        </w:rPr>
        <w:t>Date of Inquiry: ______________________________________________________</w:t>
      </w:r>
    </w:p>
    <w:p>
      <w:r>
        <w:rPr>
          <w:b w:val="0"/>
          <w:sz w:val="20"/>
        </w:rPr>
        <w:t>Reason for Dispute: _________________________________________________</w:t>
      </w:r>
    </w:p>
    <w:p/>
    <w:p>
      <w:r>
        <w:rPr>
          <w:b w:val="0"/>
          <w:sz w:val="20"/>
        </w:rPr>
        <w:t>I did not authorize this hard inquiry and have no knowledge of the company or creditor listed. I request that you investigate this matter promptly, verify the legitimacy of this inquiry, and remove it from my credit report if found to be unauthorized.</w:t>
      </w:r>
    </w:p>
    <w:p/>
    <w:p>
      <w:r>
        <w:rPr>
          <w:b/>
          <w:sz w:val="20"/>
        </w:rPr>
        <w:t>Legal Basis for My Request:</w:t>
      </w:r>
    </w:p>
    <w:p>
      <w:r>
        <w:rPr>
          <w:b w:val="0"/>
          <w:sz w:val="20"/>
        </w:rPr>
        <w:t>Under the FCRA, 15 U.S.C. § 1681i, you are required to investigate disputed information and delete any information that cannot be verified as accurate. This includes unauthorized hard inquiries that may adversely affect my credit score.</w:t>
      </w:r>
    </w:p>
    <w:p/>
    <w:p>
      <w:r>
        <w:rPr>
          <w:b w:val="0"/>
          <w:sz w:val="20"/>
        </w:rPr>
        <w:t>Please provide me with written confirmation of receipt of this dispute letter and the results of your investigation within the time frame required by law.</w:t>
      </w:r>
    </w:p>
    <w:p/>
    <w:p>
      <w:r>
        <w:rPr>
          <w:b/>
          <w:sz w:val="20"/>
        </w:rPr>
        <w:t>Enclosures:</w:t>
      </w:r>
    </w:p>
    <w:p>
      <w:r>
        <w:rPr>
          <w:b w:val="0"/>
          <w:sz w:val="20"/>
        </w:rPr>
        <w:t>1. Copy of my credit report highlighting the disputed inquiry</w:t>
      </w:r>
    </w:p>
    <w:p>
      <w:r>
        <w:rPr>
          <w:b w:val="0"/>
          <w:sz w:val="20"/>
        </w:rPr>
        <w:t>2. Copy of my government-issued photo ID</w:t>
      </w:r>
    </w:p>
    <w:p>
      <w:r>
        <w:rPr>
          <w:b w:val="0"/>
          <w:sz w:val="20"/>
        </w:rPr>
        <w:t>3. Proof of current address (e.g., utility bill)</w:t>
      </w:r>
    </w:p>
    <w:p/>
    <w:p>
      <w:r>
        <w:rPr>
          <w:b w:val="0"/>
          <w:sz w:val="20"/>
        </w:rPr>
        <w:t>Thank you for your prompt attention to this matter. I look forward to your timely response and correction of my credit report.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Signature: ____________________________________________</w:t>
      </w:r>
    </w:p>
    <w:p>
      <w:r>
        <w:rPr>
          <w:b w:val="0"/>
          <w:sz w:val="20"/>
        </w:rPr>
        <w:t>Printed Name: _________________________________________</w:t>
      </w:r>
    </w:p>
    <w:p>
      <w:r>
        <w:rPr>
          <w:b w:val="0"/>
          <w:sz w:val="20"/>
        </w:rPr>
        <w:t>Date: ________________________________________________</w:t>
      </w:r>
    </w:p>
    <w:p/>
    <w:p/>
    <w:p>
      <w:r>
        <w:rPr>
          <w:b w:val="0"/>
          <w:sz w:val="20"/>
        </w:rPr>
        <w:t>Please direct all correspondence regarding this dispute to the contact information provided above.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Received by Agency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Agency Response/Notes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https://letter247-us.com/hard-inquiry-dispute-letter/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hard-inquiry-dispute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