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GOODWILL LETTER TO REMOVE COLLECTIONS</w:t>
      </w:r>
    </w:p>
    <w:p/>
    <w:p/>
    <w:p>
      <w:r>
        <w:rPr>
          <w:b/>
          <w:sz w:val="20"/>
        </w:rPr>
        <w:t>To:</w:t>
      </w:r>
    </w:p>
    <w:p>
      <w:r>
        <w:rPr>
          <w:b w:val="0"/>
          <w:sz w:val="20"/>
        </w:rPr>
        <w:t>Credit Bureau Name</w:t>
      </w:r>
    </w:p>
    <w:p>
      <w:r>
        <w:rPr>
          <w:b w:val="0"/>
          <w:sz w:val="20"/>
        </w:rPr>
        <w:t>Address Line 1</w:t>
      </w:r>
    </w:p>
    <w:p>
      <w:r>
        <w:rPr>
          <w:b w:val="0"/>
          <w:sz w:val="20"/>
        </w:rPr>
        <w:t>Address Line 2</w:t>
      </w:r>
    </w:p>
    <w:p>
      <w:r>
        <w:rPr>
          <w:b w:val="0"/>
          <w:sz w:val="20"/>
        </w:rPr>
        <w:t>City, State ZIP Code</w:t>
      </w:r>
    </w:p>
    <w:p/>
    <w:p/>
    <w:p>
      <w:r>
        <w:rPr>
          <w:b/>
          <w:sz w:val="20"/>
        </w:rPr>
        <w:t>Subject: Goodwill Request to Remove Collection Account</w:t>
      </w:r>
    </w:p>
    <w:p/>
    <w:p/>
    <w:p>
      <w:r>
        <w:rPr>
          <w:b w:val="0"/>
          <w:sz w:val="20"/>
        </w:rPr>
        <w:t>Dear Credit Bureau/Collection Agency,</w:t>
      </w:r>
    </w:p>
    <w:p/>
    <w:p>
      <w:r>
        <w:rPr>
          <w:b w:val="0"/>
          <w:sz w:val="20"/>
        </w:rPr>
        <w:t>I am writing to you regarding the collection account referenced below. I would like to respectfully request your goodwill in removing this collection from my credit report. I understand the seriousness of this account and accept full responsibility for the circumstances that led to it.</w:t>
      </w:r>
    </w:p>
    <w:p/>
    <w:p>
      <w:r>
        <w:rPr>
          <w:b/>
          <w:sz w:val="20"/>
        </w:rPr>
        <w:t>Account Information:</w:t>
      </w:r>
    </w:p>
    <w:p>
      <w:r>
        <w:rPr>
          <w:b w:val="0"/>
          <w:sz w:val="20"/>
        </w:rPr>
        <w:t>Creditor Name: ______________________________________________</w:t>
      </w:r>
    </w:p>
    <w:p>
      <w:r>
        <w:rPr>
          <w:b w:val="0"/>
          <w:sz w:val="20"/>
        </w:rPr>
        <w:t>Account Number: _____________________________________________</w:t>
      </w:r>
    </w:p>
    <w:p>
      <w:r>
        <w:rPr>
          <w:b w:val="0"/>
          <w:sz w:val="20"/>
        </w:rPr>
        <w:t>Original Amount: ____________________________________________</w:t>
      </w:r>
    </w:p>
    <w:p>
      <w:r>
        <w:rPr>
          <w:b w:val="0"/>
          <w:sz w:val="20"/>
        </w:rPr>
        <w:t>Date of First Delinquency: ___________________________________</w:t>
      </w:r>
    </w:p>
    <w:p/>
    <w:p>
      <w:r>
        <w:rPr>
          <w:b/>
          <w:sz w:val="20"/>
        </w:rPr>
        <w:t>Explanation:</w:t>
      </w:r>
    </w:p>
    <w:p>
      <w:r>
        <w:rPr>
          <w:b w:val="0"/>
          <w:sz w:val="20"/>
        </w:rPr>
        <w:t>Due to unforeseen financial hardship, I was unable to meet my payment obligations on this account. Since then, I have made significant efforts to improve my financial situation and credit responsibility. I have since paid the outstanding balance in full and maintained all other credit obligations in a timely manner.</w:t>
      </w:r>
    </w:p>
    <w:p/>
    <w:p>
      <w:r>
        <w:rPr>
          <w:b/>
          <w:sz w:val="20"/>
        </w:rPr>
        <w:t>Goodwill Adjustment Request:</w:t>
      </w:r>
    </w:p>
    <w:p>
      <w:r>
        <w:rPr>
          <w:b w:val="0"/>
          <w:sz w:val="20"/>
        </w:rPr>
        <w:t>I kindly request that you consider removing this collection account from my credit report as a gesture of goodwill. I understand that this is an exception to your usual policies, but I hope my responsible credit behavior since then demonstrates my commitment to maintaining a positive credit history.</w:t>
      </w:r>
    </w:p>
    <w:p/>
    <w:p>
      <w:r>
        <w:rPr>
          <w:b w:val="0"/>
          <w:sz w:val="20"/>
        </w:rPr>
        <w:t>I acknowledge that this request is voluntary and that the collection account is accurate and valid as reported. I also understand that credit reporting agencies are required by the Fair Credit Reporting Act (FCRA) to report accurate information. This goodwill adjustment would be a courtesy and not an admission or guarantee of any obligation on your part.</w:t>
      </w:r>
    </w:p>
    <w:p/>
    <w:p>
      <w:r>
        <w:rPr>
          <w:b w:val="0"/>
          <w:sz w:val="20"/>
        </w:rPr>
        <w:t>Thank you for your time and consideration of my request. I appreciate your attention to this matter and look forward to a favorable response.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__________________________________</w:t>
            </w:r>
          </w:p>
        </w:tc>
        <w:tc>
          <w:tcPr>
            <w:tcW w:type="dxa" w:w="4986"/>
            <w:tcBorders>
              <w:top w:val="nil"/>
              <w:left w:val="nil"/>
              <w:bottom w:val="nil"/>
              <w:right w:val="nil"/>
              <w:insideH w:val="nil"/>
              <w:insideV w:val="nil"/>
            </w:tcBorders>
          </w:tcPr>
          <w:p>
            <w:pPr>
              <w:jc w:val="center"/>
            </w:pPr>
            <w:r>
              <w:t>Name/Title: _____________________________</w:t>
            </w:r>
          </w:p>
        </w:tc>
      </w:tr>
    </w:tbl>
    <w:p/>
    <w:p/>
    <w:p>
      <w:r>
        <w:rPr>
          <w:b/>
          <w:sz w:val="20"/>
        </w:rPr>
        <w:t>Sender Contact Information:</w:t>
      </w:r>
    </w:p>
    <w:p>
      <w:r>
        <w:rPr>
          <w:b w:val="0"/>
          <w:sz w:val="20"/>
        </w:rPr>
        <w:t>Full Name: _______________________________________________</w:t>
      </w:r>
    </w:p>
    <w:p>
      <w:r>
        <w:rPr>
          <w:b w:val="0"/>
          <w:sz w:val="20"/>
        </w:rPr>
        <w:t>Address: _________________________________________________</w:t>
      </w:r>
    </w:p>
    <w:p>
      <w:r>
        <w:rPr>
          <w:b w:val="0"/>
          <w:sz w:val="20"/>
        </w:rPr>
        <w:t>Phone Number: ____________________________________________</w:t>
      </w:r>
    </w:p>
    <w:p>
      <w:r>
        <w:rPr>
          <w:b w:val="0"/>
          <w:sz w:val="20"/>
        </w:rPr>
        <w:t>Email Address: ____________________________________________</w:t>
      </w:r>
    </w:p>
    <w:p/>
    <w:p>
      <w:r>
        <w:rPr>
          <w:b w:val="0"/>
          <w:sz w:val="20"/>
        </w:rPr>
        <w:t>This letter serves as a goodwill request and does not waive any rights or obligations under the Fair Credit Reporting Act or other applicable laws. Any action taken in response to this request is at the sole discretion of the recipient.</w:t>
      </w:r>
    </w:p>
    <w:p/>
    <w:p/>
    <w:p>
      <w:r>
        <w:br w:type="page"/>
      </w:r>
    </w:p>
    <w:p>
      <w:pPr>
        <w:jc w:val="center"/>
      </w:pPr>
      <w:r>
        <w:rPr>
          <w:color w:val="555555"/>
          <w:sz w:val="24"/>
        </w:rPr>
        <w:t>Original source of this document:</w:t>
      </w:r>
    </w:p>
    <w:p>
      <w:pPr>
        <w:jc w:val="center"/>
      </w:pPr>
      <w:hyperlink r:id="rId9">
        <w:r>
          <w:rPr>
            <w:color w:val="0000FF"/>
            <w:u w:val="single"/>
          </w:rPr>
          <w:t>https://letter247-us.com/goodwill-letter-to-remove-collections/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goodwill-letter-to-remove-collections/"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