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GOODWILL LETTER FOR LATE PAYMENT</w:t>
      </w:r>
    </w:p>
    <w:p/>
    <w:p/>
    <w:p>
      <w:r>
        <w:rPr>
          <w:b/>
          <w:sz w:val="20"/>
        </w:rPr>
        <w:t>Sender’s Information:</w:t>
      </w:r>
    </w:p>
    <w:p>
      <w:r>
        <w:rPr>
          <w:b w:val="0"/>
          <w:sz w:val="20"/>
        </w:rPr>
        <w:t>Company Name: ________________________________________________</w:t>
      </w:r>
    </w:p>
    <w:p>
      <w:r>
        <w:rPr>
          <w:b w:val="0"/>
          <w:sz w:val="20"/>
        </w:rPr>
        <w:t>Address: _____________________________________________________</w:t>
      </w:r>
    </w:p>
    <w:p>
      <w:r>
        <w:rPr>
          <w:b w:val="0"/>
          <w:sz w:val="20"/>
        </w:rPr>
        <w:t>Phone: _______________________________________________________</w:t>
      </w:r>
    </w:p>
    <w:p>
      <w:r>
        <w:rPr>
          <w:b w:val="0"/>
          <w:sz w:val="20"/>
        </w:rPr>
        <w:t>Email: _______________________________________________________</w:t>
      </w:r>
    </w:p>
    <w:p/>
    <w:p>
      <w:r>
        <w:rPr>
          <w:b/>
          <w:sz w:val="20"/>
        </w:rPr>
        <w:t>Recipient’s Information:</w:t>
      </w:r>
    </w:p>
    <w:p>
      <w:r>
        <w:rPr>
          <w:b w:val="0"/>
          <w:sz w:val="20"/>
        </w:rPr>
        <w:t>Name: ________________________________________________________</w:t>
      </w:r>
    </w:p>
    <w:p>
      <w:r>
        <w:rPr>
          <w:b w:val="0"/>
          <w:sz w:val="20"/>
        </w:rPr>
        <w:t>Company Name: ________________________________________________</w:t>
      </w:r>
    </w:p>
    <w:p>
      <w:r>
        <w:rPr>
          <w:b w:val="0"/>
          <w:sz w:val="20"/>
        </w:rPr>
        <w:t>Address: _____________________________________________________</w:t>
      </w:r>
    </w:p>
    <w:p>
      <w:r>
        <w:rPr>
          <w:b w:val="0"/>
          <w:sz w:val="20"/>
        </w:rPr>
        <w:t>Phone: _______________________________________________________</w:t>
      </w:r>
    </w:p>
    <w:p>
      <w:r>
        <w:rPr>
          <w:b w:val="0"/>
          <w:sz w:val="20"/>
        </w:rPr>
        <w:t>Email: _______________________________________________________</w:t>
      </w:r>
    </w:p>
    <w:p/>
    <w:p/>
    <w:p>
      <w:r>
        <w:rPr>
          <w:b w:val="0"/>
          <w:sz w:val="20"/>
        </w:rPr>
        <w:t>To Whom It May Concern,</w:t>
      </w:r>
    </w:p>
    <w:p/>
    <w:p>
      <w:r>
        <w:rPr>
          <w:b/>
          <w:sz w:val="20"/>
        </w:rPr>
        <w:t>RE: Goodwill Gesture Regarding Outstanding Payment</w:t>
      </w:r>
    </w:p>
    <w:p/>
    <w:p>
      <w:r>
        <w:rPr>
          <w:b w:val="0"/>
          <w:sz w:val="20"/>
        </w:rPr>
        <w:t>We appreciate your past business and value the relationship between our organizations. It has come to our attention that a payment for the invoice(s) referenced below remains outstanding.</w:t>
      </w:r>
    </w:p>
    <w:p/>
    <w:p>
      <w:r>
        <w:rPr>
          <w:b/>
          <w:sz w:val="20"/>
        </w:rPr>
        <w:t>Invoice Details:</w:t>
      </w:r>
    </w:p>
    <w:p>
      <w:r>
        <w:rPr>
          <w:b w:val="0"/>
          <w:sz w:val="20"/>
        </w:rPr>
        <w:t>Invoice Number(s): _______________________________________________</w:t>
      </w:r>
    </w:p>
    <w:p>
      <w:r>
        <w:rPr>
          <w:b w:val="0"/>
          <w:sz w:val="20"/>
        </w:rPr>
        <w:t>Original Due Date(s): ______________________________________________</w:t>
      </w:r>
    </w:p>
    <w:p>
      <w:r>
        <w:rPr>
          <w:b w:val="0"/>
          <w:sz w:val="20"/>
        </w:rPr>
        <w:t>Outstanding Amount(s): ____________________________________________</w:t>
      </w:r>
    </w:p>
    <w:p/>
    <w:p>
      <w:r>
        <w:rPr>
          <w:b w:val="0"/>
          <w:sz w:val="20"/>
        </w:rPr>
        <w:t>As a gesture of goodwill and to maintain our positive business relationship, we are willing to extend leniency with respect to late payment fees and penalties that may otherwise apply, provided payment is made promptly.</w:t>
      </w:r>
    </w:p>
    <w:p/>
    <w:p>
      <w:r>
        <w:rPr>
          <w:b/>
          <w:sz w:val="20"/>
        </w:rPr>
        <w:t>Payment Instructions:</w:t>
      </w:r>
    </w:p>
    <w:p>
      <w:r>
        <w:rPr>
          <w:b w:val="0"/>
          <w:sz w:val="20"/>
        </w:rPr>
        <w:t>Please remit payment using one of the following methods at your earliest convenience:</w:t>
      </w:r>
    </w:p>
    <w:p>
      <w:r>
        <w:rPr>
          <w:b w:val="0"/>
          <w:sz w:val="20"/>
        </w:rPr>
        <w:t>- Check payable to: ______________________________________________</w:t>
      </w:r>
    </w:p>
    <w:p>
      <w:r>
        <w:rPr>
          <w:b w:val="0"/>
          <w:sz w:val="20"/>
        </w:rPr>
        <w:t>- Wire Transfer to Account: _______________________________________</w:t>
      </w:r>
    </w:p>
    <w:p>
      <w:r>
        <w:rPr>
          <w:b w:val="0"/>
          <w:sz w:val="20"/>
        </w:rPr>
        <w:t>- Online Payment Portal: _________________________________________</w:t>
      </w:r>
    </w:p>
    <w:p>
      <w:r>
        <w:rPr>
          <w:b w:val="0"/>
          <w:sz w:val="20"/>
        </w:rPr>
        <w:t>- Other Payment Method: _________________________________________</w:t>
      </w:r>
    </w:p>
    <w:p/>
    <w:p>
      <w:r>
        <w:rPr>
          <w:b w:val="0"/>
          <w:sz w:val="20"/>
        </w:rPr>
        <w:t>If you have already submitted payment or have any questions regarding this letter or your account, please contact our accounts receivable department at the phone number or email address listed above.</w:t>
      </w:r>
    </w:p>
    <w:p/>
    <w:p>
      <w:r>
        <w:rPr>
          <w:b/>
          <w:sz w:val="20"/>
        </w:rPr>
        <w:t>Legal Notice:</w:t>
      </w:r>
    </w:p>
    <w:p>
      <w:r>
        <w:rPr>
          <w:b w:val="0"/>
          <w:sz w:val="20"/>
        </w:rPr>
        <w:t>This letter is intended solely as a goodwill accommodation to encourage prompt payment. It does not constitute a waiver of any rights or remedies available to us under the law or pursuant to any agreement between the parties. All other terms and conditions related to the original transaction remain in full force and effect.</w:t>
      </w:r>
    </w:p>
    <w:p/>
    <w:p>
      <w:r>
        <w:rPr>
          <w:b w:val="0"/>
          <w:sz w:val="20"/>
        </w:rPr>
        <w:t>Thank you for your attention to this matter. We look forward to resolving this promptly and continuing our mutually beneficial relationship.</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______________________</w:t>
              <w:br/>
              <w:t>Title: _______________________</w:t>
            </w:r>
          </w:p>
        </w:tc>
        <w:tc>
          <w:tcPr>
            <w:tcW w:type="dxa" w:w="4986"/>
            <w:tcBorders>
              <w:top w:val="nil"/>
              <w:left w:val="nil"/>
              <w:bottom w:val="nil"/>
              <w:right w:val="nil"/>
              <w:insideH w:val="nil"/>
              <w:insideV w:val="nil"/>
            </w:tcBorders>
          </w:tcPr>
          <w:p>
            <w:pPr>
              <w:jc w:val="center"/>
            </w:pPr>
            <w:r>
              <w:t>Name: ______________________</w:t>
              <w:br/>
              <w:t>Title: 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https://letter247-us.com/goodwill-letter-for-late-payment/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goodwill-letter-for-late-payment/"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