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GIFT LETTER</w:t>
      </w:r>
    </w:p>
    <w:p/>
    <w:p/>
    <w:p>
      <w:r>
        <w:rPr>
          <w:b w:val="0"/>
          <w:sz w:val="20"/>
        </w:rPr>
        <w:t>To Whom It May Concern,</w:t>
      </w:r>
    </w:p>
    <w:p/>
    <w:p>
      <w:r>
        <w:rPr>
          <w:b w:val="0"/>
          <w:sz w:val="20"/>
        </w:rPr>
        <w:t>This letter is to confirm that the undersigned, hereinafter referred to as the “Donor,” is making a financial gift to the recipient, hereinafter referred to as the “Recipient.” The details of this gift and the terms governing it are outlined below.</w:t>
      </w:r>
    </w:p>
    <w:p/>
    <w:p/>
    <w:p>
      <w:r>
        <w:rPr>
          <w:b/>
          <w:sz w:val="20"/>
        </w:rPr>
        <w:t>Donor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Gift Details:</w:t>
      </w:r>
    </w:p>
    <w:p>
      <w:r>
        <w:rPr>
          <w:b w:val="0"/>
          <w:sz w:val="20"/>
        </w:rPr>
        <w:t>Type of Gift: __________________________________________________________</w:t>
      </w:r>
    </w:p>
    <w:p>
      <w:r>
        <w:rPr>
          <w:b w:val="0"/>
          <w:sz w:val="20"/>
        </w:rPr>
        <w:t>Amount of Gift: $_______________________________________________________</w:t>
      </w:r>
    </w:p>
    <w:p>
      <w:r>
        <w:rPr>
          <w:b w:val="0"/>
          <w:sz w:val="20"/>
        </w:rPr>
        <w:t>Form of Gift (e.g., cash, check, electronic transfer): ________________________________________________________</w:t>
      </w:r>
    </w:p>
    <w:p>
      <w:r>
        <w:rPr>
          <w:b w:val="0"/>
          <w:sz w:val="20"/>
        </w:rPr>
        <w:t>Purpose of Gift (if any): ______________________________________________</w:t>
      </w:r>
    </w:p>
    <w:p/>
    <w:p>
      <w:r>
        <w:rPr>
          <w:b/>
          <w:sz w:val="20"/>
        </w:rPr>
        <w:t>Gift Statement:</w:t>
      </w:r>
    </w:p>
    <w:p>
      <w:r>
        <w:rPr>
          <w:b w:val="0"/>
          <w:sz w:val="20"/>
        </w:rPr>
        <w:t>I, the undersigned Donor, hereby declare that this gift is made voluntarily and without any expectation of repayment or compensation, monetary or otherwise. This gift is irrevocable and made freely without any coercion or undue influence. The Donor affirms that they have the legal capacity and authority to make this gift.</w:t>
      </w:r>
    </w:p>
    <w:p/>
    <w:p>
      <w:r>
        <w:rPr>
          <w:b/>
          <w:sz w:val="20"/>
        </w:rPr>
        <w:t>Tax Compliance and Legal Disclaimer:</w:t>
      </w:r>
    </w:p>
    <w:p>
      <w:r>
        <w:rPr>
          <w:b w:val="0"/>
          <w:sz w:val="20"/>
        </w:rPr>
        <w:t>The Donor understands that this gift may have tax implications under federal and state law and agrees to comply with all applicable tax reporting requirements. The Donor and Recipient acknowledge that this document does not constitute a contract for the sale or exchange of goods or services and that no consideration is expected. Both parties affirm that this gift letter is legally binding and enforceable under the laws of the United States of America.</w:t>
      </w:r>
    </w:p>
    <w:p/>
    <w:p>
      <w:r>
        <w:rPr>
          <w:b/>
          <w:sz w:val="20"/>
        </w:rPr>
        <w:t>Representations and Warranties:</w:t>
      </w:r>
    </w:p>
    <w:p>
      <w:r>
        <w:rPr>
          <w:b w:val="0"/>
          <w:sz w:val="20"/>
        </w:rPr>
        <w:t>The Donor represents and warrants that the funds or property gifted are not derived from any unlawful activity and that the Donor has good and marketable title to the gift being transferred. The Recipient acknowledges receipt of the gift subject to the terms set forth herein.</w:t>
      </w:r>
    </w:p>
    <w:p/>
    <w:p>
      <w:r>
        <w:rPr>
          <w:b/>
          <w:sz w:val="20"/>
        </w:rPr>
        <w:t>No Liability Clause:</w:t>
      </w:r>
    </w:p>
    <w:p>
      <w:r>
        <w:rPr>
          <w:b w:val="0"/>
          <w:sz w:val="20"/>
        </w:rPr>
        <w:t>The Donor shall not be liable for any obligations, debts, or liabilities incurred by the Recipient as a result of receiving this gift. The Recipient accepts full responsibility for any tax liabilities or obligations arising from acceptance of this gift.</w:t>
      </w:r>
    </w:p>
    <w:p/>
    <w:p>
      <w:r>
        <w:rPr>
          <w:b/>
          <w:sz w:val="20"/>
        </w:rPr>
        <w:t>Governing Law and Jurisdiction:</w:t>
      </w:r>
    </w:p>
    <w:p>
      <w:r>
        <w:rPr>
          <w:b w:val="0"/>
          <w:sz w:val="20"/>
        </w:rPr>
        <w:t>This Financial Gift Letter shall be governed by and construed in accordance with the laws of the United States of America. Any disputes arising out of or relating to this gift letter shall be subject to the exclusive jurisdiction of the courts located within the applicable state.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NOTARY ACKNOWLEDGMENT</w:t>
      </w:r>
    </w:p>
    <w:p/>
    <w:p>
      <w:r>
        <w:rPr>
          <w:b w:val="0"/>
          <w:sz w:val="20"/>
        </w:rPr>
        <w:t>State of ________________________________</w:t>
      </w:r>
    </w:p>
    <w:p>
      <w:r>
        <w:rPr>
          <w:b w:val="0"/>
          <w:sz w:val="20"/>
        </w:rPr>
        <w:t>County of ______________________________</w:t>
      </w:r>
    </w:p>
    <w:p/>
    <w:p>
      <w:r>
        <w:rPr>
          <w:b w:val="0"/>
          <w:sz w:val="20"/>
        </w:rPr>
        <w:t>On this __________ day of ____________________, before me, the undersigned Notary Public, personally appeared ________________________________, known to me (or satisfactorily proven) to be the person whose name is subscribed to the within instrument and acknowledged that they executed the same for the purposes therein contained.</w:t>
      </w:r>
    </w:p>
    <w:p/>
    <w:p>
      <w:r>
        <w:rPr>
          <w:b w:val="0"/>
          <w:sz w:val="20"/>
        </w:rPr>
        <w:t>In witness whereof, I hereunto set my hand and official seal.</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w:t>
            </w:r>
          </w:p>
        </w:tc>
        <w:tc>
          <w:tcPr>
            <w:tcW w:type="dxa" w:w="4986"/>
            <w:tcBorders>
              <w:top w:val="nil"/>
              <w:left w:val="nil"/>
              <w:bottom w:val="nil"/>
              <w:right w:val="nil"/>
              <w:insideH w:val="nil"/>
              <w:insideV w:val="nil"/>
            </w:tcBorders>
          </w:tcPr>
          <w:p>
            <w:pPr>
              <w:jc w:val="center"/>
            </w:pPr>
            <w:r>
              <w:br/>
              <w:br/>
              <w:t>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https://letter247-us.com/financial-gift-letter/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inancial-gif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