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FATHER'S DAY LETTER</w:t>
      </w:r>
    </w:p>
    <w:p/>
    <w:p/>
    <w:p>
      <w:r>
        <w:rPr>
          <w:b w:val="0"/>
          <w:sz w:val="20"/>
        </w:rPr>
        <w:t>Dear Dad,</w:t>
      </w:r>
    </w:p>
    <w:p/>
    <w:p>
      <w:r>
        <w:rPr>
          <w:b w:val="0"/>
          <w:sz w:val="20"/>
        </w:rPr>
        <w:t>On this special Father's Day, I want to take a moment to express my deepest gratitude and appreciation for all that you have done and continue to do for me. Your unwavering support, guidance, and love have been the cornerstone of my life.</w:t>
      </w:r>
    </w:p>
    <w:p/>
    <w:p>
      <w:r>
        <w:rPr>
          <w:b w:val="0"/>
          <w:sz w:val="20"/>
        </w:rPr>
        <w:t>Your strength and integrity have always been a beacon of light, helping me navigate through the challenges life presents. I admire your dedication, your wisdom, and the sacrifices you have made to provide for our family and ensure a better future.</w:t>
      </w:r>
    </w:p>
    <w:p/>
    <w:p>
      <w:r>
        <w:rPr>
          <w:b w:val="0"/>
          <w:sz w:val="20"/>
        </w:rPr>
        <w:t>I cherish the countless memories we've shared—from the lessons you taught me to the laughter and joy we experienced together. You have been not only a father but also a mentor, teacher, and friend.</w:t>
      </w:r>
    </w:p>
    <w:p/>
    <w:p>
      <w:r>
        <w:rPr>
          <w:b w:val="0"/>
          <w:sz w:val="20"/>
        </w:rPr>
        <w:t>The values you instilled in me—honesty, kindness, perseverance, and respect—have shaped who I am today. Your example inspires me to strive for excellence and to treat others with compassion and fairness.</w:t>
      </w:r>
    </w:p>
    <w:p/>
    <w:p>
      <w:r>
        <w:rPr>
          <w:b w:val="0"/>
          <w:sz w:val="20"/>
        </w:rPr>
        <w:t>I recognize that fatherhood is a journey filled with challenges and responsibilities. Your patience and commitment in fulfilling your role have not gone unnoticed, and I want to honor you for your unwavering dedication.</w:t>
      </w:r>
    </w:p>
    <w:p/>
    <w:p>
      <w:r>
        <w:rPr>
          <w:b w:val="0"/>
          <w:sz w:val="20"/>
        </w:rPr>
        <w:t>As we celebrate this day, I look forward to strengthening our bond and creating new memories together. Your presence in my life is a gift for which I am eternally thankful.</w:t>
      </w:r>
    </w:p>
    <w:p/>
    <w:p>
      <w:r>
        <w:rPr>
          <w:b w:val="0"/>
          <w:sz w:val="20"/>
        </w:rPr>
        <w:t>Thank you for being the incredible father that you are. Your love and guidance are priceless treasures that I hold close to my heart.</w:t>
      </w:r>
    </w:p>
    <w:p/>
    <w:p/>
    <w:p>
      <w:r>
        <w:rPr>
          <w:b w:val="0"/>
          <w:sz w:val="20"/>
        </w:rPr>
        <w:t>With all my love and respect,</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w:t>
            </w:r>
          </w:p>
        </w:tc>
      </w:tr>
      <w:tr>
        <w:tc>
          <w:tcPr>
            <w:tcW w:type="dxa" w:w="9972"/>
            <w:tcBorders>
              <w:top w:val="nil"/>
              <w:left w:val="nil"/>
              <w:bottom w:val="nil"/>
              <w:right w:val="nil"/>
              <w:insideH w:val="nil"/>
              <w:insideV w:val="nil"/>
            </w:tcBorders>
          </w:tcPr>
          <w:p>
            <w:pPr>
              <w:jc w:val="center"/>
            </w:pPr>
            <w:r>
              <w:t>Your Name</w:t>
            </w:r>
          </w:p>
        </w:tc>
      </w:tr>
    </w:tbl>
    <w:p>
      <w:r>
        <w:br w:type="page"/>
      </w:r>
    </w:p>
    <w:p>
      <w:pPr>
        <w:jc w:val="center"/>
      </w:pPr>
      <w:r>
        <w:rPr>
          <w:color w:val="555555"/>
          <w:sz w:val="24"/>
        </w:rPr>
        <w:t>Original source of this document:</w:t>
      </w:r>
    </w:p>
    <w:p>
      <w:pPr>
        <w:jc w:val="center"/>
      </w:pPr>
      <w:hyperlink r:id="rId9">
        <w:r>
          <w:rPr>
            <w:color w:val="0000FF"/>
            <w:u w:val="single"/>
          </w:rPr>
          <w:t>https://letter247-us.com/father's-day-letter/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ather's-day-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