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FAMILY REUNION INVITATION LETTER</w:t>
      </w:r>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City, State, ZIP Code: 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Relationship to Sender: ________________________________________________</w:t>
      </w:r>
    </w:p>
    <w:p>
      <w:r>
        <w:rPr>
          <w:b w:val="0"/>
          <w:sz w:val="20"/>
        </w:rPr>
        <w:t>Address: _____________________________________________________________</w:t>
      </w:r>
    </w:p>
    <w:p>
      <w:r>
        <w:rPr>
          <w:b w:val="0"/>
          <w:sz w:val="20"/>
        </w:rPr>
        <w:t>City, State, ZIP Code: 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r>
        <w:rPr>
          <w:b/>
          <w:sz w:val="20"/>
        </w:rPr>
        <w:t>Subject:</w:t>
      </w:r>
    </w:p>
    <w:p>
      <w:r>
        <w:rPr>
          <w:b w:val="0"/>
          <w:sz w:val="20"/>
        </w:rPr>
        <w:t>Invitation to Family Reunion</w:t>
      </w:r>
    </w:p>
    <w:p/>
    <w:p>
      <w:r>
        <w:rPr>
          <w:b w:val="0"/>
          <w:sz w:val="20"/>
        </w:rPr>
        <w:t>Dear ________________________________________________________________,</w:t>
      </w:r>
    </w:p>
    <w:p/>
    <w:p>
      <w:r>
        <w:rPr>
          <w:b w:val="0"/>
          <w:sz w:val="20"/>
        </w:rPr>
        <w:t>I am writing to formally invite you to attend a family reunion that will bring together relatives from across the country. This event is intended to celebrate our shared heritage, reconnect with family members, and strengthen our family bonds.</w:t>
      </w:r>
    </w:p>
    <w:p/>
    <w:p>
      <w:r>
        <w:rPr>
          <w:b/>
          <w:sz w:val="20"/>
        </w:rPr>
        <w:t>Event Details:</w:t>
      </w:r>
    </w:p>
    <w:p>
      <w:r>
        <w:rPr>
          <w:b w:val="0"/>
          <w:sz w:val="20"/>
        </w:rPr>
        <w:t>Date of Reunion: ______________________________________________________</w:t>
      </w:r>
    </w:p>
    <w:p>
      <w:r>
        <w:rPr>
          <w:b w:val="0"/>
          <w:sz w:val="20"/>
        </w:rPr>
        <w:t>Location: _____________________________________________________________</w:t>
      </w:r>
    </w:p>
    <w:p>
      <w:r>
        <w:rPr>
          <w:b w:val="0"/>
          <w:sz w:val="20"/>
        </w:rPr>
        <w:t>Venue Address: ________________________________________________________</w:t>
      </w:r>
    </w:p>
    <w:p>
      <w:r>
        <w:rPr>
          <w:b w:val="0"/>
          <w:sz w:val="20"/>
        </w:rPr>
        <w:t>Duration: _____________________________________________________________</w:t>
      </w:r>
    </w:p>
    <w:p>
      <w:r>
        <w:rPr>
          <w:b w:val="0"/>
          <w:sz w:val="20"/>
        </w:rPr>
        <w:t>Activities Planned: ____________________________________________________</w:t>
      </w:r>
    </w:p>
    <w:p/>
    <w:p>
      <w:r>
        <w:rPr>
          <w:b/>
          <w:sz w:val="20"/>
        </w:rPr>
        <w:t>Purpose and Importance:</w:t>
      </w:r>
    </w:p>
    <w:p>
      <w:r>
        <w:rPr>
          <w:b w:val="0"/>
          <w:sz w:val="20"/>
        </w:rPr>
        <w:t>The reunion will provide an opportunity to share stories, make new memories, and honor the legacy of our ancestors. Your presence is highly valued and will contribute greatly to the success of this gathering.</w:t>
      </w:r>
    </w:p>
    <w:p/>
    <w:p>
      <w:r>
        <w:rPr>
          <w:b/>
          <w:sz w:val="20"/>
        </w:rPr>
        <w:t>Responsibilities and Expectations:</w:t>
      </w:r>
    </w:p>
    <w:p>
      <w:r>
        <w:rPr>
          <w:b w:val="0"/>
          <w:sz w:val="20"/>
        </w:rPr>
        <w:t>Please confirm your attendance by contacting me at your earliest convenience. If you require assistance with travel arrangements or accommodations, please let me know so I can help facilitate these.</w:t>
      </w:r>
    </w:p>
    <w:p/>
    <w:p>
      <w:r>
        <w:rPr>
          <w:b/>
          <w:sz w:val="20"/>
        </w:rPr>
        <w:t>Legal Compliance Statement:</w:t>
      </w:r>
    </w:p>
    <w:p>
      <w:r>
        <w:rPr>
          <w:b w:val="0"/>
          <w:sz w:val="20"/>
        </w:rPr>
        <w:t>This invitation is an official communication and shall be subject to all applicable United States federal and state laws. The undersigned affirms that all information provided herein is accurate to the best of their knowledge and that any personal data collected or shared in relation to the reunion will be handled with strict confidentiality and in compliance with privacy regulations.</w:t>
      </w:r>
    </w:p>
    <w:p/>
    <w:p>
      <w:r>
        <w:rPr>
          <w:b/>
          <w:sz w:val="20"/>
        </w:rPr>
        <w:t>Liability Disclaimer:</w:t>
      </w:r>
    </w:p>
    <w:p>
      <w:r>
        <w:rPr>
          <w:b w:val="0"/>
          <w:sz w:val="20"/>
        </w:rPr>
        <w:t>The organizer shall not be held liable for any injuries, losses, or damages incurred during the event. All attendees are responsible for their own safety and well-being while participating in reunion activities.</w:t>
      </w:r>
    </w:p>
    <w:p/>
    <w:p>
      <w:r>
        <w:rPr>
          <w:b/>
          <w:sz w:val="20"/>
        </w:rPr>
        <w:t>RSVP and Contact Information:</w:t>
      </w:r>
    </w:p>
    <w:p>
      <w:r>
        <w:rPr>
          <w:b w:val="0"/>
          <w:sz w:val="20"/>
        </w:rPr>
        <w:t>Please RSVP by: _______________________________________________________</w:t>
      </w:r>
    </w:p>
    <w:p>
      <w:r>
        <w:rPr>
          <w:b w:val="0"/>
          <w:sz w:val="20"/>
        </w:rPr>
        <w:t>Contact Person: _______________________________________________________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r>
        <w:rPr>
          <w:b w:val="0"/>
          <w:sz w:val="20"/>
        </w:rPr>
        <w:t>We look forward to your positive response and hope to see you at the reunion. Your participation will make this event truly meaningful for all family members.</w:t>
      </w:r>
    </w:p>
    <w:p/>
    <w:p/>
    <w:p>
      <w:r>
        <w:rPr>
          <w:b w:val="0"/>
          <w:sz w:val="20"/>
        </w:rPr>
        <w:t>Sincerely,</w:t>
      </w:r>
    </w:p>
    <w:p/>
    <w:p/>
    <w:p/>
    <w:p>
      <w:r>
        <w:rPr>
          <w:b w:val="0"/>
          <w:sz w:val="20"/>
        </w:rPr>
        <w:t>____________________________________________________________</w:t>
      </w:r>
    </w:p>
    <w:p>
      <w:r>
        <w:rPr>
          <w:b w:val="0"/>
          <w:sz w:val="20"/>
        </w:rPr>
        <w:t>Signature of Sender</w:t>
      </w:r>
    </w:p>
    <w:p>
      <w:r>
        <w:rPr>
          <w:b w:val="0"/>
          <w:sz w:val="20"/>
        </w:rPr>
        <w:t>Date: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https://letter247-us.com/family-reunion-letter/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family-reunio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