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ESA ANIMAL LETTER OF AGREEMENT</w:t>
      </w:r>
    </w:p>
    <w:p/>
    <w:p>
      <w:r>
        <w:rPr>
          <w:b/>
          <w:sz w:val="20"/>
        </w:rPr>
        <w:t>This Agreement is made between:</w:t>
      </w:r>
    </w:p>
    <w:p>
      <w:r>
        <w:rPr>
          <w:b/>
          <w:sz w:val="20"/>
        </w:rPr>
        <w:t>Animal Owner:</w:t>
      </w:r>
    </w:p>
    <w:p>
      <w:r>
        <w:rPr>
          <w:b w:val="0"/>
          <w:sz w:val="20"/>
        </w:rPr>
        <w:t>Full Name: ____________________________________________________________</w:t>
      </w:r>
    </w:p>
    <w:p>
      <w:r>
        <w:rPr>
          <w:b w:val="0"/>
          <w:sz w:val="20"/>
        </w:rPr>
        <w:t>Address: ______________________________________________________________</w:t>
      </w:r>
    </w:p>
    <w:p>
      <w:r>
        <w:rPr>
          <w:b w:val="0"/>
          <w:sz w:val="20"/>
        </w:rPr>
        <w:t>Phone: ________________________________________________________________</w:t>
      </w:r>
    </w:p>
    <w:p/>
    <w:p>
      <w:r>
        <w:rPr>
          <w:b/>
          <w:sz w:val="20"/>
        </w:rPr>
        <w:t>ESA Letter Provider:</w:t>
      </w:r>
    </w:p>
    <w:p>
      <w:r>
        <w:rPr>
          <w:b w:val="0"/>
          <w:sz w:val="20"/>
        </w:rPr>
        <w:t>Full Name: ____________________________________________________________</w:t>
      </w:r>
    </w:p>
    <w:p>
      <w:r>
        <w:rPr>
          <w:b w:val="0"/>
          <w:sz w:val="20"/>
        </w:rPr>
        <w:t>Address: ______________________________________________________________</w:t>
      </w:r>
    </w:p>
    <w:p>
      <w:r>
        <w:rPr>
          <w:b w:val="0"/>
          <w:sz w:val="20"/>
        </w:rPr>
        <w:t>Phone: ________________________________________________________________</w:t>
      </w:r>
    </w:p>
    <w:p/>
    <w:p>
      <w:r>
        <w:rPr>
          <w:b/>
          <w:sz w:val="20"/>
        </w:rPr>
        <w:t>RECITALS</w:t>
      </w:r>
    </w:p>
    <w:p>
      <w:r>
        <w:rPr>
          <w:b w:val="0"/>
          <w:sz w:val="20"/>
        </w:rPr>
        <w:t>WHEREAS, the Animal Owner seeks an Emotional Support Animal (ESA) accommodation letter pursuant to applicable laws in the United States;</w:t>
      </w:r>
    </w:p>
    <w:p>
      <w:r>
        <w:rPr>
          <w:b w:val="0"/>
          <w:sz w:val="20"/>
        </w:rPr>
        <w:t>WHEREAS, the ESA Letter Provider is duly qualified and authorized to provide such letters in compliance with federal laws including the Fair Housing Act and the Air Carrier Access Act;</w:t>
      </w:r>
    </w:p>
    <w:p>
      <w:r>
        <w:rPr>
          <w:b w:val="0"/>
          <w:sz w:val="20"/>
        </w:rPr>
        <w:t>NOW, THEREFORE, in consideration of the mutual covenants contained herein, the parties agree as follows:</w:t>
      </w:r>
    </w:p>
    <w:p/>
    <w:p>
      <w:r>
        <w:rPr>
          <w:b/>
          <w:sz w:val="20"/>
        </w:rPr>
        <w:t>1. Definitions</w:t>
      </w:r>
    </w:p>
    <w:p>
      <w:r>
        <w:rPr>
          <w:b w:val="0"/>
          <w:sz w:val="20"/>
        </w:rPr>
        <w:t>1.1 Emotional Support Animal (ESA): An animal that provides therapeutic benefit to a person with a diagnosed mental or emotional disability, as recognized under United States law.</w:t>
      </w:r>
    </w:p>
    <w:p>
      <w:r>
        <w:rPr>
          <w:b w:val="0"/>
          <w:sz w:val="20"/>
        </w:rPr>
        <w:t>1.2 ESA Letter: A professional document issued by a licensed mental health professional evidencing the need for an ESA as a reasonable accommodation.</w:t>
      </w:r>
    </w:p>
    <w:p/>
    <w:p>
      <w:r>
        <w:rPr>
          <w:b/>
          <w:sz w:val="20"/>
        </w:rPr>
        <w:t>2. Obligations of the ESA Letter Provider</w:t>
      </w:r>
    </w:p>
    <w:p>
      <w:r>
        <w:rPr>
          <w:b w:val="0"/>
          <w:sz w:val="20"/>
        </w:rPr>
        <w:t>2.1 The ESA Letter Provider certifies that they are a duly licensed mental health professional authorized to issue ESA letters in compliance with applicable state and federal laws.</w:t>
      </w:r>
    </w:p>
    <w:p>
      <w:r>
        <w:rPr>
          <w:b w:val="0"/>
          <w:sz w:val="20"/>
        </w:rPr>
        <w:t>2.2 The ESA Letter Provider agrees to evaluate the Animal Owner’s mental or emotional health condition based on information provided and/or a bona fide clinical interaction.</w:t>
      </w:r>
    </w:p>
    <w:p>
      <w:r>
        <w:rPr>
          <w:b w:val="0"/>
          <w:sz w:val="20"/>
        </w:rPr>
        <w:t>2.3 The ESA Letter Provider shall issue an ESA Letter only if deemed clinically appropriate and as permitted by law.</w:t>
      </w:r>
    </w:p>
    <w:p/>
    <w:p>
      <w:r>
        <w:rPr>
          <w:b/>
          <w:sz w:val="20"/>
        </w:rPr>
        <w:t>3. Obligations of the Animal Owner</w:t>
      </w:r>
    </w:p>
    <w:p>
      <w:r>
        <w:rPr>
          <w:b w:val="0"/>
          <w:sz w:val="20"/>
        </w:rPr>
        <w:t>3.1 The Animal Owner represents that all information provided to the ESA Letter Provider is true, accurate, and complete to the best of their knowledge.</w:t>
      </w:r>
    </w:p>
    <w:p>
      <w:r>
        <w:rPr>
          <w:b w:val="0"/>
          <w:sz w:val="20"/>
        </w:rPr>
        <w:t>3.2 The Animal Owner agrees to use the ESA Letter solely for lawful purposes related to housing and travel accommodations as provided under United States law.</w:t>
      </w:r>
    </w:p>
    <w:p>
      <w:r>
        <w:rPr>
          <w:b w:val="0"/>
          <w:sz w:val="20"/>
        </w:rPr>
        <w:t>3.3 The Animal Owner understands that misuse of the ESA Letter or misrepresentation may result in legal consequences.</w:t>
      </w:r>
    </w:p>
    <w:p/>
    <w:p>
      <w:r>
        <w:rPr>
          <w:b/>
          <w:sz w:val="20"/>
        </w:rPr>
        <w:t>4. Legal Compliance</w:t>
      </w:r>
    </w:p>
    <w:p>
      <w:r>
        <w:rPr>
          <w:b w:val="0"/>
          <w:sz w:val="20"/>
        </w:rPr>
        <w:t>4.1 Both parties acknowledge that this Agreement and the ESA Letter issuance comply with the Fair Housing Act, the Air Carrier Access Act, and any other applicable federal and state laws.</w:t>
      </w:r>
    </w:p>
    <w:p>
      <w:r>
        <w:rPr>
          <w:b w:val="0"/>
          <w:sz w:val="20"/>
        </w:rPr>
        <w:t>4.2 Nothing in this Agreement shall permit any animal that poses a direct threat to the health or safety of others or causes substantial property damage to be recognized as an ESA.</w:t>
      </w:r>
    </w:p>
    <w:p/>
    <w:p>
      <w:r>
        <w:rPr>
          <w:b/>
          <w:sz w:val="20"/>
        </w:rPr>
        <w:t>5. Confidentiality</w:t>
      </w:r>
    </w:p>
    <w:p>
      <w:r>
        <w:rPr>
          <w:b w:val="0"/>
          <w:sz w:val="20"/>
        </w:rPr>
        <w:t>5.1 The ESA Letter Provider agrees to maintain confidentiality of the Animal Owner’s personal and medical information in accordance with applicable privacy laws, including HIPAA where applicable.</w:t>
      </w:r>
    </w:p>
    <w:p>
      <w:r>
        <w:rPr>
          <w:b w:val="0"/>
          <w:sz w:val="20"/>
        </w:rPr>
        <w:t>5.2 The Animal Owner authorizes the ESA Letter Provider to share the ESA Letter with third parties only as necessary to secure reasonable accommodations.</w:t>
      </w:r>
    </w:p>
    <w:p/>
    <w:p>
      <w:r>
        <w:rPr>
          <w:b/>
          <w:sz w:val="20"/>
        </w:rPr>
        <w:t>6. Term and Termination</w:t>
      </w:r>
    </w:p>
    <w:p>
      <w:r>
        <w:rPr>
          <w:b w:val="0"/>
          <w:sz w:val="20"/>
        </w:rPr>
        <w:t>6.1 This Agreement shall commence upon execution and remain in effect until terminated by either party with written notice.</w:t>
      </w:r>
    </w:p>
    <w:p>
      <w:r>
        <w:rPr>
          <w:b w:val="0"/>
          <w:sz w:val="20"/>
        </w:rPr>
        <w:t>6.2 Either party may terminate this Agreement if the terms herein are breached or if the ESA Letter is revoked or invalidated for any lawful reason.</w:t>
      </w:r>
    </w:p>
    <w:p/>
    <w:p>
      <w:r>
        <w:rPr>
          <w:b/>
          <w:sz w:val="20"/>
        </w:rPr>
        <w:t>7. Disclaimers and Limitations of Liability</w:t>
      </w:r>
    </w:p>
    <w:p>
      <w:r>
        <w:rPr>
          <w:b w:val="0"/>
          <w:sz w:val="20"/>
        </w:rPr>
        <w:t>7.1 The ESA Letter Provider makes no guarantees regarding acceptance of the ESA Letter by landlords, airlines, or other entities.</w:t>
      </w:r>
    </w:p>
    <w:p>
      <w:r>
        <w:rPr>
          <w:b w:val="0"/>
          <w:sz w:val="20"/>
        </w:rPr>
        <w:t>7.2 The Animal Owner agrees to indemnify and hold harmless the ESA Letter Provider from any claims arising out of misuse of the ESA Letter or non-compliance with applicable laws and policies.</w:t>
      </w:r>
    </w:p>
    <w:p/>
    <w:p>
      <w:r>
        <w:rPr>
          <w:b/>
          <w:sz w:val="20"/>
        </w:rPr>
        <w:t>8. Governing Law and Jurisdiction</w:t>
      </w:r>
    </w:p>
    <w:p>
      <w:r>
        <w:rPr>
          <w:b w:val="0"/>
          <w:sz w:val="20"/>
        </w:rPr>
        <w:t>8.1 This Agreement shall be governed by and construed in accordance with the laws of the United States and the state in which the ESA Letter Provider maintains licensure.</w:t>
      </w:r>
    </w:p>
    <w:p>
      <w:r>
        <w:rPr>
          <w:b w:val="0"/>
          <w:sz w:val="20"/>
        </w:rPr>
        <w:t>8.2 Any disputes arising under this Agreement shall be subject to the exclusive jurisdiction of the courts located in said state.</w:t>
      </w:r>
    </w:p>
    <w:p/>
    <w:p>
      <w:r>
        <w:rPr>
          <w:b/>
          <w:sz w:val="20"/>
        </w:rPr>
        <w:t>9. Entire Agreement</w:t>
      </w:r>
    </w:p>
    <w:p>
      <w:r>
        <w:rPr>
          <w:b w:val="0"/>
          <w:sz w:val="20"/>
        </w:rPr>
        <w:t>9.1 This Agreement constitutes the entire understanding between the parties and supersedes all prior agreements, oral or written, relating to the subject matter herein.</w:t>
      </w:r>
    </w:p>
    <w:p>
      <w:r>
        <w:rPr>
          <w:b w:val="0"/>
          <w:sz w:val="20"/>
        </w:rPr>
        <w:t>9.2 Any amendments or modifications must be made in writing and signed by both parties.</w:t>
      </w:r>
    </w:p>
    <w:p/>
    <w:p/>
    <w:p>
      <w:r>
        <w:rPr>
          <w:b/>
          <w:sz w:val="20"/>
        </w:rPr>
        <w:t>Signature of Animal Owner:</w:t>
      </w:r>
    </w:p>
    <w:p>
      <w:r>
        <w:rPr>
          <w:b w:val="0"/>
          <w:sz w:val="20"/>
        </w:rPr>
        <w:t>Full Name: ____________________________________________________________</w:t>
      </w:r>
    </w:p>
    <w:p>
      <w:r>
        <w:rPr>
          <w:b w:val="0"/>
          <w:sz w:val="20"/>
        </w:rPr>
        <w:t>Signature: _____________________________________________________________</w:t>
      </w:r>
    </w:p>
    <w:p/>
    <w:p/>
    <w:p>
      <w:r>
        <w:rPr>
          <w:b/>
          <w:sz w:val="20"/>
        </w:rPr>
        <w:t>Signature of ESA Letter Provider:</w:t>
      </w:r>
    </w:p>
    <w:p>
      <w:r>
        <w:rPr>
          <w:b w:val="0"/>
          <w:sz w:val="20"/>
        </w:rPr>
        <w:t>Full Name: ____________________________________________________________</w:t>
      </w:r>
    </w:p>
    <w:p>
      <w:r>
        <w:rPr>
          <w:b w:val="0"/>
          <w:sz w:val="20"/>
        </w:rPr>
        <w:t>License Number: _______________________________________________________</w:t>
      </w:r>
    </w:p>
    <w:p>
      <w:r>
        <w:rPr>
          <w:b w:val="0"/>
          <w:sz w:val="20"/>
        </w:rPr>
        <w:t>Signature: _____________________________________________________________</w:t>
      </w:r>
    </w:p>
    <w:p/>
    <w:p/>
    <w:p>
      <w:r>
        <w:rPr>
          <w:b w:val="0"/>
          <w:sz w:val="20"/>
        </w:rPr>
        <w:t>Location of Agreement Execution: 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ANIMAL OWNER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ESA LETTER PROVIDER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Signature: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Signature: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/ License No.: ___________________ / 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 source of this document: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https://letter247-us.com/esa-animal-letter/</w:t>
        </w:r>
      </w:hyperlink>
    </w:p>
    <w:p>
      <w:pPr>
        <w:jc w:val="center"/>
      </w:pPr>
      <w:r>
        <w:rPr>
          <w:color w:val="555555"/>
          <w:sz w:val="26"/>
        </w:rPr>
        <w:t>Did you find this template helpful?</w:t>
      </w:r>
    </w:p>
    <w:p>
      <w:pPr>
        <w:jc w:val="center"/>
      </w:pPr>
      <w:r>
        <w:rPr>
          <w:color w:val="555555"/>
          <w:sz w:val="26"/>
        </w:rPr>
        <w:t>Find more updated templates at: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https://letter247-us.com</w:t>
        </w:r>
      </w:hyperlink>
    </w:p>
    <w:p>
      <w:pPr>
        <w:jc w:val="center"/>
      </w:pPr>
      <w:r>
        <w:rPr>
          <w:color w:val="808080"/>
          <w:sz w:val="20"/>
        </w:rPr>
        <w:t>This template is intended exclusively for personal, non-commercial use.</w:t>
        <w:br/>
        <w:t>If distributed or published, the source must be mentioned. © letter247-us.com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letter247-us.com/esa-animal-letter/" TargetMode="External"/><Relationship Id="rId10" Type="http://schemas.openxmlformats.org/officeDocument/2006/relationships/hyperlink" Target="https://letter247-u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