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EMPLOYER RESPONSE TO GRIEVANCE LETTER</w:t>
      </w:r>
    </w:p>
    <w:p/>
    <w:p/>
    <w:p>
      <w:r>
        <w:rPr>
          <w:b/>
          <w:sz w:val="20"/>
        </w:rPr>
        <w:t>Employer Information:</w:t>
      </w:r>
    </w:p>
    <w:p>
      <w:r>
        <w:rPr>
          <w:b w:val="0"/>
          <w:sz w:val="20"/>
        </w:rPr>
        <w:t>Company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___________________________________________________________________</w:t>
      </w:r>
    </w:p>
    <w:p/>
    <w:p>
      <w:r>
        <w:rPr>
          <w:b/>
          <w:sz w:val="20"/>
        </w:rPr>
        <w:t>Employee Information: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Employee ID / Number: _____________________________________________________</w:t>
      </w:r>
    </w:p>
    <w:p>
      <w:r>
        <w:rPr>
          <w:b w:val="0"/>
          <w:sz w:val="20"/>
        </w:rPr>
        <w:t>Department: _______________________________________________________________</w:t>
      </w:r>
    </w:p>
    <w:p>
      <w:r>
        <w:rPr>
          <w:b w:val="0"/>
          <w:sz w:val="20"/>
        </w:rPr>
        <w:t>Position: _________________________________________________________________</w:t>
      </w:r>
    </w:p>
    <w:p/>
    <w:p>
      <w:r>
        <w:rPr>
          <w:b/>
          <w:sz w:val="20"/>
        </w:rPr>
        <w:t>Reference:</w:t>
      </w:r>
    </w:p>
    <w:p>
      <w:r>
        <w:rPr>
          <w:b w:val="0"/>
          <w:sz w:val="20"/>
        </w:rPr>
        <w:t>Grievance submitted by the Employee regarding: ______________________________</w:t>
      </w:r>
    </w:p>
    <w:p>
      <w:r>
        <w:rPr>
          <w:b w:val="0"/>
          <w:sz w:val="20"/>
        </w:rPr>
        <w:t>Date grievance received: ___________________________________________________</w:t>
      </w:r>
    </w:p>
    <w:p/>
    <w:p>
      <w:r>
        <w:rPr>
          <w:b/>
          <w:sz w:val="20"/>
        </w:rPr>
        <w:t>Dear _________________________________________________________________,</w:t>
      </w:r>
    </w:p>
    <w:p>
      <w:r>
        <w:rPr>
          <w:b w:val="0"/>
          <w:sz w:val="20"/>
        </w:rPr>
        <w:t>This letter serves as the formal response from the Employer to the grievance you filed. We appreciate your bringing this matter to our attention and have conducted a thorough review of the issues raised.</w:t>
      </w:r>
    </w:p>
    <w:p/>
    <w:p>
      <w:r>
        <w:rPr>
          <w:b/>
          <w:sz w:val="20"/>
        </w:rPr>
        <w:t>Summary of Grievance:</w:t>
      </w:r>
    </w:p>
    <w:p>
      <w:r>
        <w:rPr>
          <w:b w:val="0"/>
          <w:sz w:val="20"/>
        </w:rPr>
        <w:t>The grievance asserts the following concerns: 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Investigation Conducted:</w:t>
      </w:r>
    </w:p>
    <w:p>
      <w:r>
        <w:rPr>
          <w:b w:val="0"/>
          <w:sz w:val="20"/>
        </w:rPr>
        <w:t>In response, the Employer undertook a comprehensive investigation including interviews with relevant personnel, review of documentation, and assessment of applicable policies and procedures.</w:t>
      </w:r>
    </w:p>
    <w:p/>
    <w:p>
      <w:r>
        <w:rPr>
          <w:b/>
          <w:sz w:val="20"/>
        </w:rPr>
        <w:t>Findings:</w:t>
      </w:r>
    </w:p>
    <w:p>
      <w:r>
        <w:rPr>
          <w:b w:val="0"/>
          <w:sz w:val="20"/>
        </w:rPr>
        <w:t>After careful consideration, the following findings were made: 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Decision:</w:t>
      </w:r>
    </w:p>
    <w:p>
      <w:r>
        <w:rPr>
          <w:b w:val="0"/>
          <w:sz w:val="20"/>
        </w:rPr>
        <w:t>Based on the findings, the Employer’s decision is as follows: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Actions to be Taken:</w:t>
      </w:r>
    </w:p>
    <w:p>
      <w:r>
        <w:rPr>
          <w:b w:val="0"/>
          <w:sz w:val="20"/>
        </w:rPr>
        <w:t>The Employer will implement the following actions to address the grievance: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Employee Rights:</w:t>
      </w:r>
    </w:p>
    <w:p>
      <w:r>
        <w:rPr>
          <w:b w:val="0"/>
          <w:sz w:val="20"/>
        </w:rPr>
        <w:t>If you are not satisfied with this response, you may pursue further appeal procedures as outlined in the Company’s grievance policy or seek assistance through external bodies if applicable.</w:t>
      </w:r>
    </w:p>
    <w:p/>
    <w:p>
      <w:r>
        <w:rPr>
          <w:b/>
          <w:sz w:val="20"/>
        </w:rPr>
        <w:t>Confidentiality:</w:t>
      </w:r>
    </w:p>
    <w:p>
      <w:r>
        <w:rPr>
          <w:b w:val="0"/>
          <w:sz w:val="20"/>
        </w:rPr>
        <w:t>All information in relation to this grievance and its resolution will be treated confidentially and shared only with those who have a legitimate need to know.</w:t>
      </w:r>
    </w:p>
    <w:p/>
    <w:p>
      <w:r>
        <w:rPr>
          <w:b w:val="0"/>
          <w:sz w:val="20"/>
        </w:rPr>
        <w:t>We thank you for your cooperation during this process and remain committed to maintaining a respectful and fair workplace.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 REPRESENTATIVE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Title / Position: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Date: _________________________________</w:t>
            </w:r>
          </w:p>
        </w:tc>
      </w:tr>
    </w:tbl>
    <w:p/>
    <w:p/>
    <w:p>
      <w:pPr>
        <w:jc w:val="center"/>
      </w:pPr>
      <w:r>
        <w:rPr>
          <w:sz w:val="16"/>
        </w:rPr>
        <w:t>This response is issued in accordance with applicable United States employment laws and company policies.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https://letter247-us.com/employer-response-to-grievance-letter/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employer-response-to-grievance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