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AGREEMENT</w:t>
      </w:r>
    </w:p>
    <w:p/>
    <w:p/>
    <w:p>
      <w:r>
        <w:rPr>
          <w:b w:val="0"/>
          <w:sz w:val="20"/>
        </w:rPr>
        <w:t>This Employment Agreement (the “Agreement”) is entered into by and between the following parties:</w:t>
      </w:r>
    </w:p>
    <w:p/>
    <w:p>
      <w:r>
        <w:rPr>
          <w:b/>
          <w:sz w:val="20"/>
        </w:rPr>
        <w:t>Employer Information:</w:t>
      </w:r>
    </w:p>
    <w:p>
      <w:r>
        <w:rPr>
          <w:b w:val="0"/>
          <w:sz w:val="20"/>
        </w:rPr>
        <w:t>Company Name: ____________________________________________________________</w:t>
      </w:r>
    </w:p>
    <w:p>
      <w:r>
        <w:rPr>
          <w:b w:val="0"/>
          <w:sz w:val="20"/>
        </w:rPr>
        <w:t>Company Address: 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Employee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Position and Duties:</w:t>
      </w:r>
    </w:p>
    <w:p>
      <w:r>
        <w:rPr>
          <w:b w:val="0"/>
          <w:sz w:val="20"/>
        </w:rPr>
        <w:t>Job Title: ________________________________________________________________</w:t>
      </w:r>
    </w:p>
    <w:p>
      <w:r>
        <w:rPr>
          <w:b w:val="0"/>
          <w:sz w:val="20"/>
        </w:rPr>
        <w:t>The Employee agrees to perform the duties and responsibilities consistent with the job title and as assigned by the Employer. The Employee agrees to comply with all Company policies, procedures, and applicable laws.</w:t>
      </w:r>
    </w:p>
    <w:p/>
    <w:p>
      <w:r>
        <w:rPr>
          <w:b/>
          <w:sz w:val="20"/>
        </w:rPr>
        <w:t>Employment Status:</w:t>
      </w:r>
    </w:p>
    <w:p>
      <w:r>
        <w:rPr>
          <w:b w:val="0"/>
          <w:sz w:val="20"/>
        </w:rPr>
        <w:t>The Employee shall be employed on a [full-time/part-time] basis as an at-will employee. Either party may terminate this Agreement at any time, with or without cause, subject to applicable federal, state, and local laws.</w:t>
      </w:r>
    </w:p>
    <w:p/>
    <w:p>
      <w:r>
        <w:rPr>
          <w:b/>
          <w:sz w:val="20"/>
        </w:rPr>
        <w:t>Compensation:</w:t>
      </w:r>
    </w:p>
    <w:p>
      <w:r>
        <w:rPr>
          <w:b w:val="0"/>
          <w:sz w:val="20"/>
        </w:rPr>
        <w:t>The Employee shall be compensated as follows:</w:t>
      </w:r>
    </w:p>
    <w:p>
      <w:r>
        <w:rPr>
          <w:b w:val="0"/>
          <w:sz w:val="20"/>
        </w:rPr>
        <w:t>Salary/Hourly Rate: $______________________</w:t>
      </w:r>
    </w:p>
    <w:p>
      <w:r>
        <w:rPr>
          <w:b w:val="0"/>
          <w:sz w:val="20"/>
        </w:rPr>
        <w:t>Payment Frequency: _________________________________________________</w:t>
      </w:r>
    </w:p>
    <w:p>
      <w:r>
        <w:rPr>
          <w:b w:val="0"/>
          <w:sz w:val="20"/>
        </w:rPr>
        <w:t>The Employer shall withhold all applicable taxes and deductions as required by law.</w:t>
      </w:r>
    </w:p>
    <w:p/>
    <w:p>
      <w:r>
        <w:rPr>
          <w:b/>
          <w:sz w:val="20"/>
        </w:rPr>
        <w:t>Benefits:</w:t>
      </w:r>
    </w:p>
    <w:p>
      <w:r>
        <w:rPr>
          <w:b w:val="0"/>
          <w:sz w:val="20"/>
        </w:rPr>
        <w:t>The Employee may be eligible to participate in Company-sponsored benefit plans subject to the terms of those plans and Company policies, including but not limited to health insurance, retirement plans, and paid time off.</w:t>
      </w:r>
    </w:p>
    <w:p/>
    <w:p>
      <w:r>
        <w:rPr>
          <w:b/>
          <w:sz w:val="20"/>
        </w:rPr>
        <w:t>Work Schedule:</w:t>
      </w:r>
    </w:p>
    <w:p>
      <w:r>
        <w:rPr>
          <w:b w:val="0"/>
          <w:sz w:val="20"/>
        </w:rPr>
        <w:t>The Employee's normal work schedule shall be: ____________________________. The Employee may be required to work additional hours as necessary to fulfill responsibilities without additional compensation, except as provided by law.</w:t>
      </w:r>
    </w:p>
    <w:p/>
    <w:p>
      <w:r>
        <w:rPr>
          <w:b/>
          <w:sz w:val="20"/>
        </w:rPr>
        <w:t>Confidentiality:</w:t>
      </w:r>
    </w:p>
    <w:p>
      <w:r>
        <w:rPr>
          <w:b w:val="0"/>
          <w:sz w:val="20"/>
        </w:rPr>
        <w:t>The Employee acknowledges that they may have access to confidential and proprietary information of the Employer. The Employee agrees not to disclose such information to any third party during or after the term of employment, except as required by law or authorized by the Employer.</w:t>
      </w:r>
    </w:p>
    <w:p/>
    <w:p>
      <w:r>
        <w:rPr>
          <w:b/>
          <w:sz w:val="20"/>
        </w:rPr>
        <w:t>Intellectual Property:</w:t>
      </w:r>
    </w:p>
    <w:p>
      <w:r>
        <w:rPr>
          <w:b w:val="0"/>
          <w:sz w:val="20"/>
        </w:rPr>
        <w:t>All inventions, works of authorship, discoveries, improvements, or trade secrets developed by the Employee during the term of employment that relate to the Employer’s business shall be the exclusive property of the Employer.</w:t>
      </w:r>
    </w:p>
    <w:p/>
    <w:p>
      <w:r>
        <w:rPr>
          <w:b/>
          <w:sz w:val="20"/>
        </w:rPr>
        <w:t>Non-Competition and Non-Solicitation:</w:t>
      </w:r>
    </w:p>
    <w:p>
      <w:r>
        <w:rPr>
          <w:b w:val="0"/>
          <w:sz w:val="20"/>
        </w:rPr>
        <w:t>During the term of employment and for a period of ________ months following termination, the Employee shall not directly or indirectly compete with the Employer or solicit the Employer’s clients, customers, or employees.</w:t>
      </w:r>
    </w:p>
    <w:p/>
    <w:p>
      <w:r>
        <w:rPr>
          <w:b/>
          <w:sz w:val="20"/>
        </w:rPr>
        <w:t>Termination:</w:t>
      </w:r>
    </w:p>
    <w:p>
      <w:r>
        <w:rPr>
          <w:b w:val="0"/>
          <w:sz w:val="20"/>
        </w:rPr>
        <w:t>Either party may terminate this Agreement at any time by providing written notice to the other party. Upon termination, the Employee agrees to return all Employer property and confidential information.</w:t>
      </w:r>
    </w:p>
    <w:p/>
    <w:p>
      <w:r>
        <w:rPr>
          <w:b/>
          <w:sz w:val="20"/>
        </w:rPr>
        <w:t>Governing Law:</w:t>
      </w:r>
    </w:p>
    <w:p>
      <w:r>
        <w:rPr>
          <w:b w:val="0"/>
          <w:sz w:val="20"/>
        </w:rPr>
        <w:t>This Agreement shall be governed by and construed in accordance with the laws of the State of _________________ without regard to its conflict of law principles.</w:t>
      </w:r>
    </w:p>
    <w:p/>
    <w:p>
      <w:r>
        <w:rPr>
          <w:b/>
          <w:sz w:val="20"/>
        </w:rPr>
        <w:t>Dispute Resolution:</w:t>
      </w:r>
    </w:p>
    <w:p>
      <w:r>
        <w:rPr>
          <w:b w:val="0"/>
          <w:sz w:val="20"/>
        </w:rPr>
        <w:t>The parties agree to attempt to resolve any disputes arising under this Agreement through good faith negotiations. If unresolved, disputes shall be resolved through binding arbitration in accordance with the rules of the American Arbitration Association.</w:t>
      </w:r>
    </w:p>
    <w:p/>
    <w:p>
      <w:r>
        <w:rPr>
          <w:b/>
          <w:sz w:val="20"/>
        </w:rPr>
        <w:t>Entire Agreement:</w:t>
      </w:r>
    </w:p>
    <w:p>
      <w:r>
        <w:rPr>
          <w:b w:val="0"/>
          <w:sz w:val="20"/>
        </w:rPr>
        <w:t>This Agreement constitutes the entire understanding between the parties relating to the subject matter herein and supersedes all prior agreements, whether written or oral.</w:t>
      </w:r>
    </w:p>
    <w:p/>
    <w:p>
      <w:r>
        <w:rPr>
          <w:b/>
          <w:sz w:val="20"/>
        </w:rPr>
        <w:t>Amendments:</w:t>
      </w:r>
    </w:p>
    <w:p>
      <w:r>
        <w:rPr>
          <w:b w:val="0"/>
          <w:sz w:val="20"/>
        </w:rPr>
        <w:t>Any amendments or modifications to this Agreement must be in writing and signed by both parties.</w:t>
      </w:r>
    </w:p>
    <w:p/>
    <w:p/>
    <w:p>
      <w:r>
        <w:rPr>
          <w:b w:val="0"/>
          <w:sz w:val="20"/>
        </w:rPr>
        <w:t>IN WITNESS WHEREOF, the parties have executed this Employment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____________________________________________</w:t>
            </w:r>
          </w:p>
        </w:tc>
        <w:tc>
          <w:tcPr>
            <w:tcW w:type="dxa" w:w="4986"/>
            <w:tcBorders>
              <w:top w:val="nil"/>
              <w:left w:val="nil"/>
              <w:bottom w:val="nil"/>
              <w:right w:val="nil"/>
              <w:insideH w:val="nil"/>
              <w:insideV w:val="nil"/>
            </w:tcBorders>
          </w:tcPr>
          <w:p>
            <w:pPr>
              <w:jc w:val="center"/>
            </w:pPr>
            <w:r>
              <w:t>Name: 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https://letter247-us.com/employer-letter/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employer-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