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EMOTIONAL SUPPORT ANIMAL LETTER</w:t>
      </w:r>
    </w:p>
    <w:p/>
    <w:p/>
    <w:p>
      <w:r>
        <w:rPr>
          <w:b w:val="0"/>
          <w:sz w:val="20"/>
        </w:rPr>
        <w:t>To Whom It May Concern:</w:t>
      </w:r>
    </w:p>
    <w:p/>
    <w:p>
      <w:r>
        <w:rPr>
          <w:b w:val="0"/>
          <w:sz w:val="20"/>
        </w:rPr>
        <w:t>This letter serves as a formal verification that the individual named below has a qualified mental or emotional disability recognized under the Fair Housing Act (FHA) and the Air Carrier Access Act (ACAA), and that the presence of an Emotional Support Animal (ESA) is necessary for the individual's mental health and well-being.</w:t>
      </w:r>
    </w:p>
    <w:p/>
    <w:p>
      <w:r>
        <w:rPr>
          <w:b/>
          <w:sz w:val="22"/>
        </w:rPr>
        <w:t>Patient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p>
      <w:r>
        <w:rPr>
          <w:b/>
          <w:sz w:val="22"/>
        </w:rPr>
        <w:t>Mental Health Professional Information:</w:t>
      </w:r>
    </w:p>
    <w:p>
      <w:r>
        <w:rPr>
          <w:b w:val="0"/>
          <w:sz w:val="20"/>
        </w:rPr>
        <w:t>Full Name: ____________________________________________________________</w:t>
      </w:r>
    </w:p>
    <w:p>
      <w:r>
        <w:rPr>
          <w:b w:val="0"/>
          <w:sz w:val="20"/>
        </w:rPr>
        <w:t>License Number: _______________________________________________________</w:t>
      </w:r>
    </w:p>
    <w:p>
      <w:r>
        <w:rPr>
          <w:b w:val="0"/>
          <w:sz w:val="20"/>
        </w:rPr>
        <w:t>License Type and State: ________________________________________________</w:t>
      </w:r>
    </w:p>
    <w:p>
      <w:r>
        <w:rPr>
          <w:b w:val="0"/>
          <w:sz w:val="20"/>
        </w:rPr>
        <w:t>Business Address: _____________________________________________________</w:t>
      </w:r>
    </w:p>
    <w:p>
      <w:r>
        <w:rPr>
          <w:b w:val="0"/>
          <w:sz w:val="20"/>
        </w:rPr>
        <w:t>Business Phone Number: ________________________________________________</w:t>
      </w:r>
    </w:p>
    <w:p/>
    <w:p>
      <w:r>
        <w:rPr>
          <w:b/>
          <w:sz w:val="22"/>
        </w:rPr>
        <w:t>Certification:</w:t>
      </w:r>
    </w:p>
    <w:p>
      <w:r>
        <w:rPr>
          <w:b w:val="0"/>
          <w:sz w:val="20"/>
        </w:rPr>
        <w:t>I certify that the patient named above is under my professional care and has been diagnosed with a mental or emotional disability recognized under federal law. The patient’s condition substantially limits one or more major life activities.</w:t>
      </w:r>
    </w:p>
    <w:p>
      <w:r>
        <w:rPr>
          <w:b w:val="0"/>
          <w:sz w:val="20"/>
        </w:rPr>
        <w:t>It is my professional opinion that the presence of an Emotional Support Animal is necessary to provide therapeutic benefit and alleviate symptoms of the patient’s disability.</w:t>
      </w:r>
    </w:p>
    <w:p/>
    <w:p>
      <w:r>
        <w:rPr>
          <w:b/>
          <w:sz w:val="22"/>
        </w:rPr>
        <w:t>Emotional Support Animal Information:</w:t>
      </w:r>
    </w:p>
    <w:p>
      <w:r>
        <w:rPr>
          <w:b w:val="0"/>
          <w:sz w:val="20"/>
        </w:rPr>
        <w:t>Type of Animal: _______________________________________________________</w:t>
      </w:r>
    </w:p>
    <w:p>
      <w:r>
        <w:rPr>
          <w:b w:val="0"/>
          <w:sz w:val="20"/>
        </w:rPr>
        <w:t>Breed (if applicable): __________________________________________________</w:t>
      </w:r>
    </w:p>
    <w:p>
      <w:r>
        <w:rPr>
          <w:b w:val="0"/>
          <w:sz w:val="20"/>
        </w:rPr>
        <w:t>Name of Animal: _______________________________________________________</w:t>
      </w:r>
    </w:p>
    <w:p>
      <w:r>
        <w:rPr>
          <w:b w:val="0"/>
          <w:sz w:val="20"/>
        </w:rPr>
        <w:t>Description (color, size, distinguishing features): _______________________</w:t>
      </w:r>
    </w:p>
    <w:p/>
    <w:p>
      <w:r>
        <w:rPr>
          <w:b/>
          <w:sz w:val="22"/>
        </w:rPr>
        <w:t>Legal Rights and Compliance:</w:t>
      </w:r>
    </w:p>
    <w:p>
      <w:r>
        <w:rPr>
          <w:b w:val="0"/>
          <w:sz w:val="20"/>
        </w:rPr>
        <w:t>Pursuant to the Fair Housing Act (42 U.S.C. § 3601 et seq.), the patient is entitled to reasonable accommodation for their Emotional Support Animal, notwithstanding any general pet policies, when residing in housing.</w:t>
      </w:r>
    </w:p>
    <w:p>
      <w:r>
        <w:rPr>
          <w:b w:val="0"/>
          <w:sz w:val="20"/>
        </w:rPr>
        <w:t>Under the Air Carrier Access Act (49 U.S.C. § 41705) and the U.S. Department of Transportation regulations, the patient is entitled to travel with their Emotional Support Animal in the aircraft cabin without additional fees or restrictions imposed on typical pets.</w:t>
      </w:r>
    </w:p>
    <w:p>
      <w:r>
        <w:rPr>
          <w:b w:val="0"/>
          <w:sz w:val="20"/>
        </w:rPr>
        <w:t>This letter complies with applicable state and federal laws and may be used as documentation to request reasonable accommodation for housing and transportation purposes.</w:t>
      </w:r>
    </w:p>
    <w:p/>
    <w:p>
      <w:r>
        <w:rPr>
          <w:b/>
          <w:sz w:val="22"/>
        </w:rPr>
        <w:t>Limitations and Conditions:</w:t>
      </w:r>
    </w:p>
    <w:p>
      <w:r>
        <w:rPr>
          <w:b w:val="0"/>
          <w:sz w:val="20"/>
        </w:rPr>
        <w:t>This letter does not guarantee exemption from all restrictions or fees not governed by federal law.</w:t>
      </w:r>
    </w:p>
    <w:p>
      <w:r>
        <w:rPr>
          <w:b w:val="0"/>
          <w:sz w:val="20"/>
        </w:rPr>
        <w:t>The Emotional Support Animal must not pose a direct threat to the health or safety of others or cause substantial physical damage to the property of others.</w:t>
      </w:r>
    </w:p>
    <w:p>
      <w:r>
        <w:rPr>
          <w:b w:val="0"/>
          <w:sz w:val="20"/>
        </w:rPr>
        <w:t>The patient remains responsible for the care and control of the Emotional Support Animal at all times.</w:t>
      </w:r>
    </w:p>
    <w:p/>
    <w:p>
      <w:r>
        <w:rPr>
          <w:b/>
          <w:sz w:val="22"/>
        </w:rPr>
        <w:t>Verification of Professional Status:</w:t>
      </w:r>
    </w:p>
    <w:p>
      <w:r>
        <w:rPr>
          <w:b w:val="0"/>
          <w:sz w:val="20"/>
        </w:rPr>
        <w:t>I affirm that I am a licensed mental health professional authorized to diagnose and treat mental and emotional disabilities in the state where this letter is issued.</w:t>
      </w:r>
    </w:p>
    <w:p>
      <w:r>
        <w:rPr>
          <w:b w:val="0"/>
          <w:sz w:val="20"/>
        </w:rPr>
        <w:t>I understand that providing false information in this letter may subject me to professional disciplinary action and legal penalties.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Mental Health Professional</w:t>
            </w:r>
          </w:p>
        </w:tc>
        <w:tc>
          <w:tcPr>
            <w:tcW w:type="dxa" w:w="4986"/>
            <w:tcBorders>
              <w:top w:val="nil"/>
              <w:left w:val="nil"/>
              <w:bottom w:val="nil"/>
              <w:right w:val="nil"/>
              <w:insideH w:val="nil"/>
              <w:insideV w:val="nil"/>
            </w:tcBorders>
          </w:tcPr>
          <w:p>
            <w:pPr>
              <w:jc w:val="center"/>
            </w:pPr>
            <w:r>
              <w:t>Patient</w:t>
            </w:r>
          </w:p>
        </w:tc>
      </w:tr>
      <w:tr>
        <w:tc>
          <w:tcPr>
            <w:tcW w:type="dxa" w:w="4986"/>
            <w:tcBorders>
              <w:top w:val="nil"/>
              <w:left w:val="nil"/>
              <w:bottom w:val="nil"/>
              <w:right w:val="nil"/>
              <w:insideH w:val="nil"/>
              <w:insideV w:val="nil"/>
            </w:tcBorders>
          </w:tcPr>
          <w:p>
            <w:pPr>
              <w:jc w:val="center"/>
            </w:pPr>
            <w:r>
              <w:br/>
              <w:t>Signature: ________________________________</w:t>
            </w:r>
          </w:p>
        </w:tc>
        <w:tc>
          <w:tcPr>
            <w:tcW w:type="dxa" w:w="4986"/>
            <w:tcBorders>
              <w:top w:val="nil"/>
              <w:left w:val="nil"/>
              <w:bottom w:val="nil"/>
              <w:right w:val="nil"/>
              <w:insideH w:val="nil"/>
              <w:insideV w:val="nil"/>
            </w:tcBorders>
          </w:tcPr>
          <w:p>
            <w:pPr>
              <w:jc w:val="center"/>
            </w:pPr>
            <w:r>
              <w:br/>
              <w:t>Signature: ________________________________</w:t>
            </w:r>
          </w:p>
        </w:tc>
      </w:tr>
      <w:tr>
        <w:tc>
          <w:tcPr>
            <w:tcW w:type="dxa" w:w="4986"/>
            <w:tcBorders>
              <w:top w:val="nil"/>
              <w:left w:val="nil"/>
              <w:bottom w:val="nil"/>
              <w:right w:val="nil"/>
              <w:insideH w:val="nil"/>
              <w:insideV w:val="nil"/>
            </w:tcBorders>
          </w:tcPr>
          <w:p>
            <w:pPr>
              <w:jc w:val="center"/>
            </w:pPr>
            <w:r>
              <w:t>Printed Name: _____________________________</w:t>
            </w:r>
          </w:p>
        </w:tc>
        <w:tc>
          <w:tcPr>
            <w:tcW w:type="dxa" w:w="4986"/>
            <w:tcBorders>
              <w:top w:val="nil"/>
              <w:left w:val="nil"/>
              <w:bottom w:val="nil"/>
              <w:right w:val="nil"/>
              <w:insideH w:val="nil"/>
              <w:insideV w:val="nil"/>
            </w:tcBorders>
          </w:tcPr>
          <w:p>
            <w:pPr>
              <w:jc w:val="center"/>
            </w:pPr>
            <w:r>
              <w:t>Printed Name: _____________________________</w:t>
            </w:r>
          </w:p>
        </w:tc>
      </w:tr>
      <w:tr>
        <w:tc>
          <w:tcPr>
            <w:tcW w:type="dxa" w:w="4986"/>
            <w:tcBorders>
              <w:top w:val="nil"/>
              <w:left w:val="nil"/>
              <w:bottom w:val="nil"/>
              <w:right w:val="nil"/>
              <w:insideH w:val="nil"/>
              <w:insideV w:val="nil"/>
            </w:tcBorders>
          </w:tcPr>
          <w:p>
            <w:pPr>
              <w:jc w:val="center"/>
            </w:pPr>
            <w:r>
              <w:t>Date: _____________________________________</w:t>
            </w:r>
          </w:p>
        </w:tc>
        <w:tc>
          <w:tcPr>
            <w:tcW w:type="dxa" w:w="4986"/>
            <w:tcBorders>
              <w:top w:val="nil"/>
              <w:left w:val="nil"/>
              <w:bottom w:val="nil"/>
              <w:right w:val="nil"/>
              <w:insideH w:val="nil"/>
              <w:insideV w:val="nil"/>
            </w:tcBorders>
          </w:tcPr>
          <w:p>
            <w:pPr>
              <w:jc w:val="center"/>
            </w:pPr>
            <w:r>
              <w:t>Date: _____________________________________</w:t>
            </w:r>
          </w:p>
        </w:tc>
      </w:tr>
    </w:tbl>
    <w:p/>
    <w:p/>
    <w:p>
      <w:r>
        <w:br w:type="page"/>
      </w:r>
    </w:p>
    <w:p>
      <w:pPr>
        <w:jc w:val="center"/>
      </w:pPr>
      <w:r>
        <w:rPr>
          <w:color w:val="555555"/>
          <w:sz w:val="24"/>
        </w:rPr>
        <w:t>Original source of this document:</w:t>
      </w:r>
    </w:p>
    <w:p>
      <w:pPr>
        <w:jc w:val="center"/>
      </w:pPr>
      <w:hyperlink r:id="rId9">
        <w:r>
          <w:rPr>
            <w:color w:val="0000FF"/>
            <w:u w:val="single"/>
          </w:rPr>
          <w:t>https://letter247-us.com/emotional-support-letter/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emotional-support-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