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EMERGENCY PASSPORT LETTER</w:t>
      </w:r>
    </w:p>
    <w:p/>
    <w:p/>
    <w:p>
      <w:r>
        <w:rPr>
          <w:b/>
          <w:sz w:val="20"/>
        </w:rPr>
        <w:t>TO WHOM IT MAY CONCERN:</w:t>
      </w:r>
    </w:p>
    <w:p/>
    <w:p>
      <w:r>
        <w:rPr>
          <w:b w:val="0"/>
          <w:sz w:val="20"/>
        </w:rPr>
        <w:t>This letter certifies that the undersigned is requesting the issuance of an emergency passport on behalf of the individual described below, who requires urgent international travel due to unforeseen circumstances.</w:t>
      </w:r>
    </w:p>
    <w:p/>
    <w:p>
      <w:r>
        <w:rPr>
          <w:b/>
          <w:sz w:val="20"/>
        </w:rPr>
        <w:t>Applicant Information:</w:t>
      </w:r>
    </w:p>
    <w:p>
      <w:r>
        <w:rPr>
          <w:b w:val="0"/>
          <w:sz w:val="20"/>
        </w:rPr>
        <w:t>Full Name: _____________________________________________________________</w:t>
      </w:r>
    </w:p>
    <w:p>
      <w:r>
        <w:rPr>
          <w:b w:val="0"/>
          <w:sz w:val="20"/>
        </w:rPr>
        <w:t>Date of Birth: __________________________________________________________</w:t>
      </w:r>
    </w:p>
    <w:p>
      <w:r>
        <w:rPr>
          <w:b w:val="0"/>
          <w:sz w:val="20"/>
        </w:rPr>
        <w:t>Place of Birth: _________________________________________________________</w:t>
      </w:r>
    </w:p>
    <w:p>
      <w:r>
        <w:rPr>
          <w:b w:val="0"/>
          <w:sz w:val="20"/>
        </w:rPr>
        <w:t>Nationality: ____________________________________________________________</w:t>
      </w:r>
    </w:p>
    <w:p>
      <w:r>
        <w:rPr>
          <w:b w:val="0"/>
          <w:sz w:val="20"/>
        </w:rPr>
        <w:t>Permanent Address: _____________________________________________________</w:t>
      </w:r>
    </w:p>
    <w:p>
      <w:r>
        <w:rPr>
          <w:b w:val="0"/>
          <w:sz w:val="20"/>
        </w:rPr>
        <w:t>Phone Number: __________________________________________________________</w:t>
      </w:r>
    </w:p>
    <w:p>
      <w:r>
        <w:rPr>
          <w:b w:val="0"/>
          <w:sz w:val="20"/>
        </w:rPr>
        <w:t>Email Address: __________________________________________________________</w:t>
      </w:r>
    </w:p>
    <w:p/>
    <w:p>
      <w:r>
        <w:rPr>
          <w:b/>
          <w:sz w:val="20"/>
        </w:rPr>
        <w:t>Reason for Emergency Passport Request:</w:t>
      </w:r>
    </w:p>
    <w:p>
      <w:r>
        <w:rPr>
          <w:b w:val="0"/>
          <w:sz w:val="20"/>
        </w:rPr>
        <w:t>_________________________________________________________________________</w:t>
      </w:r>
    </w:p>
    <w:p>
      <w:r>
        <w:rPr>
          <w:b w:val="0"/>
          <w:sz w:val="20"/>
        </w:rPr>
        <w:t>_________________________________________________________________________</w:t>
      </w:r>
    </w:p>
    <w:p>
      <w:r>
        <w:rPr>
          <w:b w:val="0"/>
          <w:sz w:val="20"/>
        </w:rPr>
        <w:t>_________________________________________________________________________</w:t>
      </w:r>
    </w:p>
    <w:p/>
    <w:p>
      <w:r>
        <w:rPr>
          <w:b/>
          <w:sz w:val="20"/>
        </w:rPr>
        <w:t>Travel Details:</w:t>
      </w:r>
    </w:p>
    <w:p>
      <w:r>
        <w:rPr>
          <w:b w:val="0"/>
          <w:sz w:val="20"/>
        </w:rPr>
        <w:t>Intended Destination(s): ________________________________________________</w:t>
      </w:r>
    </w:p>
    <w:p>
      <w:r>
        <w:rPr>
          <w:b w:val="0"/>
          <w:sz w:val="20"/>
        </w:rPr>
        <w:t>Purpose of Travel: ______________________________________________________</w:t>
      </w:r>
    </w:p>
    <w:p>
      <w:r>
        <w:rPr>
          <w:b w:val="0"/>
          <w:sz w:val="20"/>
        </w:rPr>
        <w:t>Departure Date (if known): ______________________________________________</w:t>
      </w:r>
    </w:p>
    <w:p>
      <w:r>
        <w:rPr>
          <w:b w:val="0"/>
          <w:sz w:val="20"/>
        </w:rPr>
        <w:t>Return Date (if known): _________________________________________________</w:t>
      </w:r>
    </w:p>
    <w:p/>
    <w:p>
      <w:r>
        <w:rPr>
          <w:b/>
          <w:sz w:val="20"/>
        </w:rPr>
        <w:t>Declaration by Applicant:</w:t>
      </w:r>
    </w:p>
    <w:p>
      <w:r>
        <w:rPr>
          <w:b w:val="0"/>
          <w:sz w:val="20"/>
        </w:rPr>
        <w:t>I declare that all information provided in this letter and the accompanying documentation is true and accurate to the best of my knowledge. I acknowledge that the emergency passport is issued strictly for urgent travel and is subject to all applicable laws and regulations of the United States of America and the destination country.</w:t>
      </w:r>
    </w:p>
    <w:p/>
    <w:p>
      <w:r>
        <w:rPr>
          <w:b w:val="0"/>
          <w:sz w:val="20"/>
        </w:rPr>
        <w:t>I understand that the emergency passport is temporary and does not guarantee entry into any country, which remains subject to immigration and border control authorities. I undertake to surrender this emergency passport upon issuance of a regular passport or upon expiry.</w:t>
      </w:r>
    </w:p>
    <w:p/>
    <w:p>
      <w:r>
        <w:rPr>
          <w:b/>
          <w:sz w:val="20"/>
        </w:rPr>
        <w:t>Issuing Authority Information:</w:t>
      </w:r>
    </w:p>
    <w:p>
      <w:r>
        <w:rPr>
          <w:b w:val="0"/>
          <w:sz w:val="20"/>
        </w:rPr>
        <w:t>Name: _________________________________________________________________</w:t>
      </w:r>
    </w:p>
    <w:p>
      <w:r>
        <w:rPr>
          <w:b w:val="0"/>
          <w:sz w:val="20"/>
        </w:rPr>
        <w:t>Title: _________________________________________________________________</w:t>
      </w:r>
    </w:p>
    <w:p>
      <w:r>
        <w:rPr>
          <w:b w:val="0"/>
          <w:sz w:val="20"/>
        </w:rPr>
        <w:t>Department/Agency: ______________________________________________________</w:t>
      </w:r>
    </w:p>
    <w:p>
      <w:r>
        <w:rPr>
          <w:b w:val="0"/>
          <w:sz w:val="20"/>
        </w:rPr>
        <w:t>Address: _______________________________________________________________</w:t>
      </w:r>
    </w:p>
    <w:p>
      <w:r>
        <w:rPr>
          <w:b w:val="0"/>
          <w:sz w:val="20"/>
        </w:rPr>
        <w:t>Phone Number: __________________________________________________________</w:t>
      </w:r>
    </w:p>
    <w:p>
      <w:r>
        <w:rPr>
          <w:b w:val="0"/>
          <w:sz w:val="20"/>
        </w:rPr>
        <w:t>Email Address: __________________________________________________________</w:t>
      </w:r>
    </w:p>
    <w:p/>
    <w:p>
      <w:r>
        <w:rPr>
          <w:b/>
          <w:sz w:val="20"/>
        </w:rPr>
        <w:t>Authorization:</w:t>
      </w:r>
    </w:p>
    <w:p>
      <w:r>
        <w:rPr>
          <w:b w:val="0"/>
          <w:sz w:val="20"/>
        </w:rPr>
        <w:t>The undersigned certifies that the applicant’s need for an emergency passport has been verified and validated in accordance with United States federal guidelines governing the issuance of emergency travel documents.</w:t>
      </w:r>
    </w:p>
    <w:p/>
    <w:p>
      <w:r>
        <w:rPr>
          <w:b w:val="0"/>
          <w:sz w:val="20"/>
        </w:rPr>
        <w:t>Authorized Signature: _____________________________________</w:t>
      </w:r>
    </w:p>
    <w:p>
      <w:r>
        <w:rPr>
          <w:b w:val="0"/>
          <w:sz w:val="20"/>
        </w:rPr>
        <w:t>Name: ____________________________________________________</w:t>
      </w:r>
    </w:p>
    <w:p>
      <w:r>
        <w:rPr>
          <w:b w:val="0"/>
          <w:sz w:val="20"/>
        </w:rPr>
        <w:t>Title: _____________________________________________________</w:t>
      </w:r>
    </w:p>
    <w:p>
      <w:r>
        <w:rPr>
          <w:b w:val="0"/>
          <w:sz w:val="20"/>
        </w:rPr>
        <w:t>Date: _____________________________________________________</w:t>
      </w:r>
    </w:p>
    <w:p/>
    <w:p/>
    <w:p>
      <w:r>
        <w:rPr>
          <w:b/>
          <w:sz w:val="20"/>
        </w:rPr>
        <w:t>Contact Information for Further Inquiries:</w:t>
      </w:r>
    </w:p>
    <w:p>
      <w:r>
        <w:rPr>
          <w:b w:val="0"/>
          <w:sz w:val="20"/>
        </w:rPr>
        <w:t>U.S. Department of State - Passport Services</w:t>
      </w:r>
    </w:p>
    <w:p>
      <w:r>
        <w:rPr>
          <w:b w:val="0"/>
          <w:sz w:val="20"/>
        </w:rPr>
        <w:t>Telephone: 1-877-487-2778</w:t>
      </w:r>
    </w:p>
    <w:p>
      <w:r>
        <w:rPr>
          <w:b w:val="0"/>
          <w:sz w:val="20"/>
        </w:rPr>
        <w:t>Website: https://travel.state.gov/content/travel/en/passports.html</w:t>
      </w:r>
    </w:p>
    <w:p/>
    <w:p>
      <w:r>
        <w:rPr>
          <w:b/>
          <w:sz w:val="20"/>
        </w:rPr>
        <w:t>Legal Notice:</w:t>
      </w:r>
    </w:p>
    <w:p>
      <w:r>
        <w:rPr>
          <w:b w:val="0"/>
          <w:sz w:val="20"/>
        </w:rPr>
        <w:t>This emergency passport letter is issued pursuant to the authority granted by the United States Department of State under federal law and is subject to all applicable regulations and restrictions. Unauthorized use or alteration of this document may result in civil and/or criminal penalties.</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ISSUING OFFICER</w:t>
            </w:r>
          </w:p>
        </w:tc>
        <w:tc>
          <w:tcPr>
            <w:tcW w:type="dxa" w:w="4986"/>
            <w:tcBorders>
              <w:top w:val="nil"/>
              <w:left w:val="nil"/>
              <w:bottom w:val="nil"/>
              <w:right w:val="nil"/>
              <w:insideH w:val="nil"/>
              <w:insideV w:val="nil"/>
            </w:tcBorders>
          </w:tcPr>
          <w:p>
            <w:pPr>
              <w:jc w:val="center"/>
            </w:pPr>
            <w:r>
              <w:t>APPLICANT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https://letter247-us.com/emergency-passport-letter/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emergency-passport-letter/"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