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EAGLE SCOUT REFERENCE LETTER</w:t>
      </w:r>
    </w:p>
    <w:p/>
    <w:p/>
    <w:p>
      <w:r>
        <w:rPr>
          <w:b/>
          <w:sz w:val="20"/>
        </w:rPr>
        <w:t>To Whom It May Concern:</w:t>
      </w:r>
    </w:p>
    <w:p/>
    <w:p>
      <w:r>
        <w:rPr>
          <w:b w:val="0"/>
          <w:sz w:val="20"/>
        </w:rPr>
        <w:t>This letter serves as a formal reference for the candidate seeking the rank of Eagle Scout. The undersigned attests to the character, leadership abilities, and dedication of the candidate in accordance with the standards and values set forth by the Boy Scouts of America.</w:t>
      </w:r>
    </w:p>
    <w:p/>
    <w:p/>
    <w:p>
      <w:r>
        <w:rPr>
          <w:b/>
          <w:sz w:val="20"/>
        </w:rPr>
        <w:t>Candidate Information:</w:t>
      </w:r>
    </w:p>
    <w:p>
      <w:r>
        <w:rPr>
          <w:b w:val="0"/>
          <w:sz w:val="20"/>
        </w:rPr>
        <w:t>Full Name: ____________________________________________________________</w:t>
      </w:r>
    </w:p>
    <w:p>
      <w:r>
        <w:rPr>
          <w:b w:val="0"/>
          <w:sz w:val="20"/>
        </w:rPr>
        <w:t>Troop Number: _________________________________________________________</w:t>
      </w:r>
    </w:p>
    <w:p>
      <w:r>
        <w:rPr>
          <w:b w:val="0"/>
          <w:sz w:val="20"/>
        </w:rPr>
        <w:t>Council Name: 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Reference Provider Information:</w:t>
      </w:r>
    </w:p>
    <w:p>
      <w:r>
        <w:rPr>
          <w:b w:val="0"/>
          <w:sz w:val="20"/>
        </w:rPr>
        <w:t>Full Name: ____________________________________________________________</w:t>
      </w:r>
    </w:p>
    <w:p>
      <w:r>
        <w:rPr>
          <w:b w:val="0"/>
          <w:sz w:val="20"/>
        </w:rPr>
        <w:t>Relationship to Candidate: 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r>
        <w:rPr>
          <w:b w:val="0"/>
          <w:sz w:val="20"/>
        </w:rPr>
        <w:t>Occupation: ___________________________________________________________</w:t>
      </w:r>
    </w:p>
    <w:p/>
    <w:p/>
    <w:p>
      <w:r>
        <w:rPr>
          <w:b/>
          <w:sz w:val="20"/>
        </w:rPr>
        <w:t>Reference Statement:</w:t>
      </w:r>
    </w:p>
    <w:p>
      <w:r>
        <w:rPr>
          <w:b w:val="0"/>
          <w:sz w:val="20"/>
        </w:rPr>
        <w:t>I hereby affirm that I have known the candidate for a significant period of time and have had the opportunity to observe their conduct, leadership, and commitment to the principles of Scouting. The candidate has consistently demonstrated exemplary qualities including but not limited to integrity, responsibility, respect for others, and a dedication to community service.</w:t>
      </w:r>
    </w:p>
    <w:p/>
    <w:p>
      <w:r>
        <w:rPr>
          <w:b w:val="0"/>
          <w:sz w:val="20"/>
        </w:rPr>
        <w:t>The candidate has exhibited leadership skills both within their troop and in their community, showing initiative, problem-solving abilities, and a willingness to assist others. Their conduct reflects the Scout Oath and Law, and they have proven themselves worthy of the distinguished rank of Eagle Scout.</w:t>
      </w:r>
    </w:p>
    <w:p/>
    <w:p>
      <w:r>
        <w:rPr>
          <w:b w:val="0"/>
          <w:sz w:val="20"/>
        </w:rPr>
        <w:t>I fully support the candidate’s application for the rank of Eagle Scout and recommend them without reservation. I believe they will continue to uphold the highest standards of Scouting and serve as a positive influence in their community.</w:t>
      </w:r>
    </w:p>
    <w:p/>
    <w:p/>
    <w:p>
      <w:r>
        <w:rPr>
          <w:b/>
          <w:sz w:val="20"/>
        </w:rPr>
        <w:t>Legal Disclaimer:</w:t>
      </w:r>
    </w:p>
    <w:p>
      <w:r>
        <w:rPr>
          <w:b w:val="0"/>
          <w:sz w:val="20"/>
        </w:rPr>
        <w:t>This reference letter is provided voluntarily and in good faith. It is intended solely for use by the Boy Scouts of America in evaluating the candidate's eligibility for the rank of Eagle Scout. The reference provider affirms that the statements made herein are true to the best of their knowledge and belief. This letter does not create any legal obligation or liability beyond the scope of the Eagle Scout evaluation process.</w:t>
      </w:r>
    </w:p>
    <w:p/>
    <w:p/>
    <w:p>
      <w:r>
        <w:rPr>
          <w:b/>
          <w:sz w:val="20"/>
        </w:rPr>
        <w:t>Confidentiality:</w:t>
      </w:r>
    </w:p>
    <w:p>
      <w:r>
        <w:rPr>
          <w:b w:val="0"/>
          <w:sz w:val="20"/>
        </w:rPr>
        <w:t>This document and its contents are confidential and intended only for the designated recipients within the Boy Scouts of America. Unauthorized use, disclosure, or distribution is prohibited.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REFERENCE PROVIDER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_______________________________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Printed Name: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https://letter247-us.com/eagle-scout-reference-letter/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eagle-scout-referen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