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DOCTOR ATTEMPT TO CONTACT LETTER</w:t>
      </w:r>
    </w:p>
    <w:p/>
    <w:p/>
    <w:p>
      <w:r>
        <w:rPr>
          <w:b/>
          <w:sz w:val="20"/>
        </w:rPr>
        <w:t>From:</w:t>
      </w:r>
    </w:p>
    <w:p>
      <w:r>
        <w:rPr>
          <w:b w:val="0"/>
          <w:sz w:val="20"/>
        </w:rPr>
        <w:t>Medical Practice Name: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Fax: _________________________________________________________________</w:t>
      </w:r>
    </w:p>
    <w:p>
      <w:r>
        <w:rPr>
          <w:b w:val="0"/>
          <w:sz w:val="20"/>
        </w:rPr>
        <w:t>Email: _______________________________________________________________</w:t>
      </w:r>
    </w:p>
    <w:p/>
    <w:p/>
    <w:p>
      <w:r>
        <w:rPr>
          <w:b/>
          <w:sz w:val="20"/>
        </w:rPr>
        <w:t>To:</w:t>
      </w:r>
    </w:p>
    <w:p>
      <w:r>
        <w:rPr>
          <w:b w:val="0"/>
          <w:sz w:val="20"/>
        </w:rPr>
        <w:t>Patient Name: ________________________________________________________</w:t>
      </w:r>
    </w:p>
    <w:p>
      <w:r>
        <w:rPr>
          <w:b w:val="0"/>
          <w:sz w:val="20"/>
        </w:rPr>
        <w:t>Patient Address: _____________________________________________________</w:t>
      </w:r>
    </w:p>
    <w:p>
      <w:r>
        <w:rPr>
          <w:b w:val="0"/>
          <w:sz w:val="20"/>
        </w:rPr>
        <w:t>City, State, Zip: _____________________________________________________</w:t>
      </w:r>
    </w:p>
    <w:p/>
    <w:p/>
    <w:p>
      <w:r>
        <w:rPr>
          <w:b/>
          <w:sz w:val="20"/>
        </w:rPr>
        <w:t>Subject: Attempt to Contact Regarding Your Medical Care</w:t>
      </w:r>
    </w:p>
    <w:p/>
    <w:p/>
    <w:p>
      <w:r>
        <w:rPr>
          <w:b w:val="0"/>
          <w:sz w:val="20"/>
        </w:rPr>
        <w:t>Dear Patient,</w:t>
      </w:r>
    </w:p>
    <w:p/>
    <w:p>
      <w:r>
        <w:rPr>
          <w:b w:val="0"/>
          <w:sz w:val="20"/>
        </w:rPr>
        <w:t>This letter serves as a formal attempt to contact you regarding your ongoing medical care and treatment plan. Our records indicate that we have been unable to reach you through previous attempts via phone and/or electronic correspondence. It is important to maintain communication to ensure your health and well-being.</w:t>
      </w:r>
    </w:p>
    <w:p/>
    <w:p>
      <w:r>
        <w:rPr>
          <w:b/>
          <w:sz w:val="20"/>
        </w:rPr>
        <w:t>Purpose of Contact Attempt:</w:t>
      </w:r>
    </w:p>
    <w:p>
      <w:r>
        <w:rPr>
          <w:b w:val="0"/>
          <w:sz w:val="20"/>
        </w:rPr>
        <w:t>1. Review recent test results and discuss further treatment options.</w:t>
      </w:r>
    </w:p>
    <w:p>
      <w:r>
        <w:rPr>
          <w:b w:val="0"/>
          <w:sz w:val="20"/>
        </w:rPr>
        <w:t>2. Address any concerns or symptoms you may be experiencing.</w:t>
      </w:r>
    </w:p>
    <w:p>
      <w:r>
        <w:rPr>
          <w:b w:val="0"/>
          <w:sz w:val="20"/>
        </w:rPr>
        <w:t>3. Schedule necessary follow-up visits or procedures.</w:t>
      </w:r>
    </w:p>
    <w:p>
      <w:r>
        <w:rPr>
          <w:b w:val="0"/>
          <w:sz w:val="20"/>
        </w:rPr>
        <w:t>4. Update your medical records and contact information.</w:t>
      </w:r>
    </w:p>
    <w:p/>
    <w:p>
      <w:r>
        <w:rPr>
          <w:b/>
          <w:sz w:val="20"/>
        </w:rPr>
        <w:t>Requested Actions:</w:t>
      </w:r>
    </w:p>
    <w:p>
      <w:r>
        <w:rPr>
          <w:b w:val="0"/>
          <w:sz w:val="20"/>
        </w:rPr>
        <w:t>Please contact our office at your earliest convenience by calling the phone number listed above. If you are unable to reach us by phone, you may also email or send a written correspondence. Failure to respond may result in the discontinuation of medical services or referral to another provider, as we are required to maintain an active physician-patient relationship to continue care.</w:t>
      </w:r>
    </w:p>
    <w:p/>
    <w:p>
      <w:r>
        <w:rPr>
          <w:b/>
          <w:sz w:val="20"/>
        </w:rPr>
        <w:t>Important Legal Notice:</w:t>
      </w:r>
    </w:p>
    <w:p>
      <w:r>
        <w:rPr>
          <w:b w:val="0"/>
          <w:sz w:val="20"/>
        </w:rPr>
        <w:t>This communication is consistent with the requirements under United States federal and state laws, including but not limited to HIPAA regulations concerning patient communications and records. Our practice is committed to protecting your privacy and ensuring compliance with all applicable healthcare regulations. Please be advised that your failure to respond to this attempt to contact may impact your medical treatment and could result in termination of services according to applicable medical board policies and practice standards.</w:t>
      </w:r>
    </w:p>
    <w:p/>
    <w:p>
      <w:r>
        <w:rPr>
          <w:b/>
          <w:sz w:val="20"/>
        </w:rPr>
        <w:t>Confidentiality:</w:t>
      </w:r>
    </w:p>
    <w:p>
      <w:r>
        <w:rPr>
          <w:b w:val="0"/>
          <w:sz w:val="20"/>
        </w:rPr>
        <w:t>This letter and any information contained herein are confidential and intended solely for the use of the individual named above. If you are not the intended recipient, you are hereby notified that any review, dissemination, distribution, or copying is strictly prohibited. If you have received this letter in error, please contact our office immediately.</w:t>
      </w:r>
    </w:p>
    <w:p/>
    <w:p/>
    <w:p>
      <w:r>
        <w:rPr>
          <w:b w:val="0"/>
          <w:sz w:val="20"/>
        </w:rPr>
        <w:t>We urge you to contact us promptly to discuss your care to avoid any interruption in services. Your health and safety remain our highest priority.</w:t>
      </w:r>
    </w:p>
    <w:p/>
    <w:p/>
    <w:p/>
    <w:p>
      <w:r>
        <w:rPr>
          <w:b w:val="0"/>
          <w:sz w:val="20"/>
        </w:rPr>
        <w:t>Sincerely,</w:t>
      </w:r>
    </w:p>
    <w:p/>
    <w:p/>
    <w:p/>
    <w:p/>
    <w:p>
      <w:r>
        <w:rPr>
          <w:b w:val="0"/>
          <w:sz w:val="20"/>
        </w:rPr>
        <w:t>__________________________________</w:t>
      </w:r>
    </w:p>
    <w:p>
      <w:r>
        <w:rPr>
          <w:b w:val="0"/>
          <w:sz w:val="20"/>
        </w:rPr>
        <w:t>Physician/Provider Name</w:t>
      </w:r>
    </w:p>
    <w:p>
      <w:r>
        <w:rPr>
          <w:b w:val="0"/>
          <w:sz w:val="20"/>
        </w:rPr>
        <w:t>Medical Practice Name</w:t>
      </w:r>
    </w:p>
    <w:p>
      <w:r>
        <w:rPr>
          <w:b w:val="0"/>
          <w:sz w:val="20"/>
        </w:rPr>
        <w:t>Phone: ____________________________</w:t>
      </w:r>
    </w:p>
    <w:p>
      <w:r>
        <w:rPr>
          <w:b w:val="0"/>
          <w:sz w:val="20"/>
        </w:rPr>
        <w:t>Email: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Medical Practice Office</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t>Signature: ____________________________</w:t>
            </w:r>
          </w:p>
        </w:tc>
        <w:tc>
          <w:tcPr>
            <w:tcW w:type="dxa" w:w="4986"/>
            <w:tcBorders>
              <w:top w:val="nil"/>
              <w:left w:val="nil"/>
              <w:bottom w:val="nil"/>
              <w:right w:val="nil"/>
              <w:insideH w:val="nil"/>
              <w:insideV w:val="nil"/>
            </w:tcBorders>
          </w:tcPr>
          <w:p>
            <w:pPr>
              <w:jc w:val="center"/>
            </w:pPr>
            <w:r>
              <w:br/>
              <w:t>Signature: 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https://letter247-us.com/doctor-attempt-to-contact-letter/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doctor-attempt-to-contac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