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DISPUTE LETTER FOR COLLECTION</w:t>
      </w:r>
    </w:p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 / Company Name: 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Full Name / Company Name: 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0"/>
        </w:rPr>
        <w:t>Subject: Dispute of Outstanding Debt and Request for Verification</w:t>
      </w:r>
    </w:p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 am writing to formally dispute the validity and accuracy of the alleged debt referenced by your office. This letter serves as my written notice that I do not acknowledge this debt as owed or accurate until proper validation has been provided pursuant to the Fair Debt Collection Practices Act (FDCPA), 15 U.S.C. §§ 1692 et seq.</w:t>
      </w:r>
    </w:p>
    <w:p/>
    <w:p>
      <w:r>
        <w:rPr>
          <w:b/>
          <w:sz w:val="20"/>
        </w:rPr>
        <w:t>Details of the Alleged Debt:</w:t>
      </w:r>
    </w:p>
    <w:p>
      <w:r>
        <w:rPr>
          <w:b w:val="0"/>
          <w:sz w:val="20"/>
        </w:rPr>
        <w:t>Account Number / Reference: _______________________________________________</w:t>
      </w:r>
    </w:p>
    <w:p>
      <w:r>
        <w:rPr>
          <w:b w:val="0"/>
          <w:sz w:val="20"/>
        </w:rPr>
        <w:t>Amount Claimed: __________________________________________________________</w:t>
      </w:r>
    </w:p>
    <w:p>
      <w:r>
        <w:rPr>
          <w:b w:val="0"/>
          <w:sz w:val="20"/>
        </w:rPr>
        <w:t>Original Creditor: ________________________________________________________</w:t>
      </w:r>
    </w:p>
    <w:p/>
    <w:p>
      <w:r>
        <w:rPr>
          <w:b/>
          <w:sz w:val="20"/>
        </w:rPr>
        <w:t>Request for Debt Validation:</w:t>
      </w:r>
    </w:p>
    <w:p>
      <w:r>
        <w:rPr>
          <w:b w:val="0"/>
          <w:sz w:val="20"/>
        </w:rPr>
        <w:t>I hereby request that you provide the following documentation and information to validate the alleged debt:</w:t>
      </w:r>
    </w:p>
    <w:p>
      <w:r>
        <w:rPr>
          <w:b w:val="0"/>
          <w:sz w:val="20"/>
        </w:rPr>
        <w:t>• The amount of the debt claimed.</w:t>
      </w:r>
    </w:p>
    <w:p>
      <w:r>
        <w:rPr>
          <w:b w:val="0"/>
          <w:sz w:val="20"/>
        </w:rPr>
        <w:t>• The name and address of the original creditor.</w:t>
      </w:r>
    </w:p>
    <w:p>
      <w:r>
        <w:rPr>
          <w:b w:val="0"/>
          <w:sz w:val="20"/>
        </w:rPr>
        <w:t>• Copies of any contracts, agreements, or other documents evidencing my obligation to pay.</w:t>
      </w:r>
    </w:p>
    <w:p>
      <w:r>
        <w:rPr>
          <w:b w:val="0"/>
          <w:sz w:val="20"/>
        </w:rPr>
        <w:t>• A detailed statement of account including all charges, fees, and payments.</w:t>
      </w:r>
    </w:p>
    <w:p>
      <w:r>
        <w:rPr>
          <w:b w:val="0"/>
          <w:sz w:val="20"/>
        </w:rPr>
        <w:t>• Proof of your authorization to collect on this debt.</w:t>
      </w:r>
    </w:p>
    <w:p>
      <w:r>
        <w:rPr>
          <w:b w:val="0"/>
          <w:sz w:val="20"/>
        </w:rPr>
        <w:t>• A complete chain of title if the debt was sold or transferred.</w:t>
      </w:r>
    </w:p>
    <w:p/>
    <w:p>
      <w:r>
        <w:rPr>
          <w:b/>
          <w:sz w:val="20"/>
        </w:rPr>
        <w:t>Cease Communication Request:</w:t>
      </w:r>
    </w:p>
    <w:p>
      <w:r>
        <w:rPr>
          <w:b w:val="0"/>
          <w:sz w:val="20"/>
        </w:rPr>
        <w:t>Until such validation is provided, I request that all collection activities cease immediately and that no further contact be made with me except to provide the requested documentation. Failure to comply with this request may constitute a violation of the FDCPA.</w:t>
      </w:r>
    </w:p>
    <w:p/>
    <w:p>
      <w:r>
        <w:rPr>
          <w:b/>
          <w:sz w:val="20"/>
        </w:rPr>
        <w:t>Protection of Rights:</w:t>
      </w:r>
    </w:p>
    <w:p>
      <w:r>
        <w:rPr>
          <w:b w:val="0"/>
          <w:sz w:val="20"/>
        </w:rPr>
        <w:t>Please be advised that any attempt to collect this debt without proper validation may result in a complaint filed with the Consumer Financial Protection Bureau (CFPB), the Federal Trade Commission (FTC), and/or the State Attorney General’s office. I reserve all rights to seek legal remedies under applicable laws.</w:t>
      </w:r>
    </w:p>
    <w:p/>
    <w:p>
      <w:r>
        <w:rPr>
          <w:b/>
          <w:sz w:val="20"/>
        </w:rPr>
        <w:t>Request for Confirmation:</w:t>
      </w:r>
    </w:p>
    <w:p>
      <w:r>
        <w:rPr>
          <w:b w:val="0"/>
          <w:sz w:val="20"/>
        </w:rPr>
        <w:t>Kindly provide written confirmation that you have received this dispute letter and that collection activities have been suspended pending validation.</w:t>
      </w:r>
    </w:p>
    <w:p/>
    <w:p>
      <w:r>
        <w:rPr>
          <w:b w:val="0"/>
          <w:sz w:val="20"/>
        </w:rPr>
        <w:t>Thank you for your prompt attention to this matter.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https://letter247-us.com/dispute-letter-for-collection/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dispute-letter-for-collection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