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DISPUTE COLLECTION LETTER</w:t>
      </w:r>
    </w:p>
    <w:p/>
    <w:p/>
    <w:p>
      <w:r>
        <w:rPr>
          <w:b/>
          <w:sz w:val="20"/>
        </w:rPr>
        <w:t>Sender Information:</w:t>
      </w:r>
    </w:p>
    <w:p>
      <w:r>
        <w:rPr>
          <w:b w:val="0"/>
          <w:sz w:val="20"/>
        </w:rPr>
        <w:t>Full Name or Company Name: ____________________________________________________________</w:t>
      </w:r>
    </w:p>
    <w:p>
      <w:r>
        <w:rPr>
          <w:b w:val="0"/>
          <w:sz w:val="20"/>
        </w:rPr>
        <w:t>Address: _____________________________________________________________________________</w:t>
      </w:r>
    </w:p>
    <w:p>
      <w:r>
        <w:rPr>
          <w:b w:val="0"/>
          <w:sz w:val="20"/>
        </w:rPr>
        <w:t>Phone: _______________________________________________________________________________</w:t>
      </w:r>
    </w:p>
    <w:p>
      <w:r>
        <w:rPr>
          <w:b w:val="0"/>
          <w:sz w:val="20"/>
        </w:rPr>
        <w:t>Email: _______________________________________________________________________________</w:t>
      </w:r>
    </w:p>
    <w:p/>
    <w:p>
      <w:r>
        <w:rPr>
          <w:b/>
          <w:sz w:val="20"/>
        </w:rPr>
        <w:t>Recipient Information:</w:t>
      </w:r>
    </w:p>
    <w:p>
      <w:r>
        <w:rPr>
          <w:b w:val="0"/>
          <w:sz w:val="20"/>
        </w:rPr>
        <w:t>Full Name or Company Name: ____________________________________________________________</w:t>
      </w:r>
    </w:p>
    <w:p>
      <w:r>
        <w:rPr>
          <w:b w:val="0"/>
          <w:sz w:val="20"/>
        </w:rPr>
        <w:t>Address: _____________________________________________________________________________</w:t>
      </w:r>
    </w:p>
    <w:p>
      <w:r>
        <w:rPr>
          <w:b w:val="0"/>
          <w:sz w:val="20"/>
        </w:rPr>
        <w:t>Phone: _______________________________________________________________________________</w:t>
      </w:r>
    </w:p>
    <w:p>
      <w:r>
        <w:rPr>
          <w:b w:val="0"/>
          <w:sz w:val="20"/>
        </w:rPr>
        <w:t>Email: _______________________________________________________________________________</w:t>
      </w:r>
    </w:p>
    <w:p/>
    <w:p/>
    <w:p>
      <w:pPr>
        <w:jc w:val="center"/>
      </w:pPr>
      <w:r>
        <w:rPr>
          <w:b/>
          <w:sz w:val="20"/>
        </w:rPr>
        <w:t>Subject: Formal Notice of Disputed Debt</w:t>
      </w:r>
    </w:p>
    <w:p/>
    <w:p/>
    <w:p>
      <w:r>
        <w:rPr>
          <w:b w:val="0"/>
          <w:sz w:val="20"/>
        </w:rPr>
        <w:t>To Whom It May Concern,</w:t>
      </w:r>
    </w:p>
    <w:p/>
    <w:p>
      <w:r>
        <w:rPr>
          <w:b w:val="0"/>
          <w:sz w:val="20"/>
        </w:rPr>
        <w:t>This letter serves as a formal notification that the debt referenced below is disputed in full or in part. This communication is sent in accordance with the Fair Debt Collection Practices Act (FDCPA) and applicable United States federal and state law. Please consider this letter a request to provide validation of the alleged debt and cease collection activities until such validation is provided.</w:t>
      </w:r>
    </w:p>
    <w:p/>
    <w:p/>
    <w:p>
      <w:r>
        <w:rPr>
          <w:b/>
          <w:sz w:val="20"/>
        </w:rPr>
        <w:t>Debt Details:</w:t>
      </w:r>
    </w:p>
    <w:p>
      <w:r>
        <w:rPr>
          <w:b w:val="0"/>
          <w:sz w:val="20"/>
        </w:rPr>
        <w:t>Account Number: ____________________________________________________________</w:t>
      </w:r>
    </w:p>
    <w:p>
      <w:r>
        <w:rPr>
          <w:b w:val="0"/>
          <w:sz w:val="20"/>
        </w:rPr>
        <w:t>Creditor Name: _____________________________________________________________</w:t>
      </w:r>
    </w:p>
    <w:p>
      <w:r>
        <w:rPr>
          <w:b w:val="0"/>
          <w:sz w:val="20"/>
        </w:rPr>
        <w:t>Original Debt Amount: ______________________________________________________</w:t>
      </w:r>
    </w:p>
    <w:p>
      <w:r>
        <w:rPr>
          <w:b w:val="0"/>
          <w:sz w:val="20"/>
        </w:rPr>
        <w:t>Amount Being Disputed: _____________________________________________________</w:t>
      </w:r>
    </w:p>
    <w:p>
      <w:r>
        <w:rPr>
          <w:b w:val="0"/>
          <w:sz w:val="20"/>
        </w:rPr>
        <w:t>Date of Alleged Debt: ______________________________________________________</w:t>
      </w:r>
    </w:p>
    <w:p/>
    <w:p>
      <w:r>
        <w:rPr>
          <w:b/>
          <w:sz w:val="20"/>
        </w:rPr>
        <w:t>Request for Validation:</w:t>
      </w:r>
    </w:p>
    <w:p>
      <w:r>
        <w:rPr>
          <w:b w:val="0"/>
          <w:sz w:val="20"/>
        </w:rPr>
        <w:t>Pursuant to the FDCPA, you are required to provide me with the following documentation to validate the debt that you claim I owe:</w:t>
      </w:r>
    </w:p>
    <w:p>
      <w:r>
        <w:rPr>
          <w:b w:val="0"/>
          <w:sz w:val="20"/>
        </w:rPr>
        <w:t>1. Proof that you are licensed to collect debts in my state.</w:t>
      </w:r>
    </w:p>
    <w:p>
      <w:r>
        <w:rPr>
          <w:b w:val="0"/>
          <w:sz w:val="20"/>
        </w:rPr>
        <w:t>2. A detailed statement of the account, including the original creditor's name and address.</w:t>
      </w:r>
    </w:p>
    <w:p>
      <w:r>
        <w:rPr>
          <w:b w:val="0"/>
          <w:sz w:val="20"/>
        </w:rPr>
        <w:t>3. Copies of any agreements or contracts bearing my signature that verify I am liable for this debt.</w:t>
      </w:r>
    </w:p>
    <w:p>
      <w:r>
        <w:rPr>
          <w:b w:val="0"/>
          <w:sz w:val="20"/>
        </w:rPr>
        <w:t>4. A complete payment history, including payments received by the original creditor and by you.</w:t>
      </w:r>
    </w:p>
    <w:p>
      <w:r>
        <w:rPr>
          <w:b w:val="0"/>
          <w:sz w:val="20"/>
        </w:rPr>
        <w:t>5. Proof of assignment or transfer of the debt if you are not the original creditor.</w:t>
      </w:r>
    </w:p>
    <w:p>
      <w:r>
        <w:rPr>
          <w:b w:val="0"/>
          <w:sz w:val="20"/>
        </w:rPr>
        <w:t>6. A copy of the judgment, if applicable.</w:t>
      </w:r>
    </w:p>
    <w:p/>
    <w:p>
      <w:r>
        <w:rPr>
          <w:b/>
          <w:sz w:val="20"/>
        </w:rPr>
        <w:t>Cease Collection Demand:</w:t>
      </w:r>
    </w:p>
    <w:p>
      <w:r>
        <w:rPr>
          <w:b w:val="0"/>
          <w:sz w:val="20"/>
        </w:rPr>
        <w:t>Please treat this letter as a written demand to cease all collection efforts until you have provided the required validation of the debt. Furthermore, any further communications should be in writing only. Telephone communications regarding this matter are not authorized.</w:t>
      </w:r>
    </w:p>
    <w:p/>
    <w:p>
      <w:r>
        <w:rPr>
          <w:b/>
          <w:sz w:val="20"/>
        </w:rPr>
        <w:t>Rights and Remedies:</w:t>
      </w:r>
    </w:p>
    <w:p>
      <w:r>
        <w:rPr>
          <w:b w:val="0"/>
          <w:sz w:val="20"/>
        </w:rPr>
        <w:t>I understand that under the FDCPA and other applicable laws, failure to provide proper validation of the alleged debt may constitute a violation of federal and state laws. I reserve all rights to report violations to the Consumer Financial Protection Bureau (CFPB), the Federal Trade Commission (FTC), my state Attorney General's office, and to pursue legal remedies if necessary.</w:t>
      </w:r>
    </w:p>
    <w:p/>
    <w:p>
      <w:r>
        <w:rPr>
          <w:b/>
          <w:sz w:val="20"/>
        </w:rPr>
        <w:t>Good Faith Resolution:</w:t>
      </w:r>
    </w:p>
    <w:p>
      <w:r>
        <w:rPr>
          <w:b w:val="0"/>
          <w:sz w:val="20"/>
        </w:rPr>
        <w:t>It is my intention to resolve this matter promptly and amicably once proper validation has been provided. Please send all correspondence and documentation to the address listed above.</w:t>
      </w:r>
    </w:p>
    <w:p/>
    <w:p/>
    <w:p>
      <w:r>
        <w:rPr>
          <w:b w:val="0"/>
          <w:sz w:val="20"/>
        </w:rPr>
        <w:t>Thank you for your prompt attention to this matter.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https://letter247-us.com/dispute-collection-letter/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dispute-collectio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