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FORMAL DEBT COLLECTION LETTER</w:t>
      </w:r>
    </w:p>
    <w:p/>
    <w:p>
      <w:r>
        <w:rPr>
          <w:b/>
          <w:sz w:val="20"/>
        </w:rPr>
        <w:t>Sender Information:</w:t>
      </w:r>
    </w:p>
    <w:p>
      <w:r>
        <w:rPr>
          <w:b w:val="0"/>
          <w:sz w:val="20"/>
        </w:rPr>
        <w:t>Company/Individual Name: 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Recipient Information:</w:t>
      </w:r>
    </w:p>
    <w:p>
      <w:r>
        <w:rPr>
          <w:b w:val="0"/>
          <w:sz w:val="20"/>
        </w:rPr>
        <w:t>Full Name: 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Subject: Demand for Payment of Outstanding Debt</w:t>
      </w:r>
    </w:p>
    <w:p/>
    <w:p>
      <w:r>
        <w:rPr>
          <w:b w:val="0"/>
          <w:sz w:val="20"/>
        </w:rPr>
        <w:t>Dear Sir/Madam,</w:t>
      </w:r>
    </w:p>
    <w:p/>
    <w:p>
      <w:r>
        <w:rPr>
          <w:b w:val="0"/>
          <w:sz w:val="20"/>
        </w:rPr>
        <w:t>This letter serves as a formal demand for immediate payment of the outstanding debt owed to the undersigned. Despite previous communications and requests, the amount detailed below remains unpaid.</w:t>
      </w:r>
    </w:p>
    <w:p/>
    <w:p>
      <w:r>
        <w:rPr>
          <w:b/>
          <w:sz w:val="20"/>
        </w:rPr>
        <w:t>Details of Debt:</w:t>
      </w:r>
    </w:p>
    <w:p>
      <w:r>
        <w:rPr>
          <w:b w:val="0"/>
          <w:sz w:val="20"/>
        </w:rPr>
        <w:t>Invoice/Account Number: _______________________________________________</w:t>
      </w:r>
    </w:p>
    <w:p>
      <w:r>
        <w:rPr>
          <w:b w:val="0"/>
          <w:sz w:val="20"/>
        </w:rPr>
        <w:t>Original Amount Due: $_____________________ USD</w:t>
      </w:r>
    </w:p>
    <w:p>
      <w:r>
        <w:rPr>
          <w:b w:val="0"/>
          <w:sz w:val="20"/>
        </w:rPr>
        <w:t>Outstanding Balance: $_____________________ USD</w:t>
      </w:r>
    </w:p>
    <w:p>
      <w:r>
        <w:rPr>
          <w:b w:val="0"/>
          <w:sz w:val="20"/>
        </w:rPr>
        <w:t>Description of Goods/Services: ________________________________________</w:t>
      </w:r>
    </w:p>
    <w:p/>
    <w:p>
      <w:r>
        <w:rPr>
          <w:b w:val="0"/>
          <w:sz w:val="20"/>
        </w:rPr>
        <w:t>You are hereby requested to remit payment in full of the outstanding balance within ten (10) days from receipt of this letter. Failure to comply with this demand will compel us to take appropriate legal action to recover the amount owed, including but not limited to collection proceedings, litigation, and reporting to credit bureaus.</w:t>
      </w:r>
    </w:p>
    <w:p/>
    <w:p>
      <w:r>
        <w:rPr>
          <w:b/>
          <w:sz w:val="20"/>
        </w:rPr>
        <w:t>Accepted Payment Methods:</w:t>
      </w:r>
    </w:p>
    <w:p>
      <w:r>
        <w:rPr>
          <w:b w:val="0"/>
          <w:sz w:val="20"/>
        </w:rPr>
        <w:t>☐ Check payable to: _________________________________________________</w:t>
      </w:r>
    </w:p>
    <w:p>
      <w:r>
        <w:rPr>
          <w:b w:val="0"/>
          <w:sz w:val="20"/>
        </w:rPr>
        <w:t>☐ Bank Transfer to Account Number: _________________________________</w:t>
      </w:r>
    </w:p>
    <w:p>
      <w:r>
        <w:rPr>
          <w:b w:val="0"/>
          <w:sz w:val="20"/>
        </w:rPr>
        <w:t xml:space="preserve">    Bank Name: ____________________________________________________</w:t>
      </w:r>
    </w:p>
    <w:p>
      <w:r>
        <w:rPr>
          <w:b w:val="0"/>
          <w:sz w:val="20"/>
        </w:rPr>
        <w:t xml:space="preserve">    Routing Number: ________________________________________________</w:t>
      </w:r>
    </w:p>
    <w:p>
      <w:r>
        <w:rPr>
          <w:b w:val="0"/>
          <w:sz w:val="20"/>
        </w:rPr>
        <w:t>☐ Other (please specify): ____________________________________________</w:t>
      </w:r>
    </w:p>
    <w:p/>
    <w:p>
      <w:r>
        <w:rPr>
          <w:b/>
          <w:sz w:val="20"/>
        </w:rPr>
        <w:t>Legal Notice:</w:t>
      </w:r>
    </w:p>
    <w:p>
      <w:r>
        <w:rPr>
          <w:b w:val="0"/>
          <w:sz w:val="20"/>
        </w:rPr>
        <w:t>This demand is made without prejudice to any of our rights and remedies under applicable United States law. If payment is not received within the timeframe stated above, you may be liable for additional costs, including interest, collection fees, attorney’s fees, and court costs as permitted by law.</w:t>
      </w:r>
    </w:p>
    <w:p/>
    <w:p>
      <w:r>
        <w:rPr>
          <w:b/>
          <w:sz w:val="20"/>
        </w:rPr>
        <w:t>Interest and Late Fees:</w:t>
      </w:r>
    </w:p>
    <w:p>
      <w:r>
        <w:rPr>
          <w:b w:val="0"/>
          <w:sz w:val="20"/>
        </w:rPr>
        <w:t>Pursuant to the terms agreed upon and applicable law, interest at the rate of ________________% per annum will be charged on overdue amounts. Additionally, late payment fees may be assessed as provided in the original contract.</w:t>
      </w:r>
    </w:p>
    <w:p/>
    <w:p>
      <w:r>
        <w:rPr>
          <w:b/>
          <w:sz w:val="20"/>
        </w:rPr>
        <w:t>Contact Information:</w:t>
      </w:r>
    </w:p>
    <w:p>
      <w:r>
        <w:rPr>
          <w:b w:val="0"/>
          <w:sz w:val="20"/>
        </w:rPr>
        <w:t>Should you have any questions regarding this debt or wish to discuss payment arrangements, please contact the undersigned immediately at the phone number or email address provided above.</w:t>
      </w:r>
    </w:p>
    <w:p/>
    <w:p>
      <w:r>
        <w:rPr>
          <w:b w:val="0"/>
          <w:sz w:val="20"/>
        </w:rPr>
        <w:t>Your prompt attention to this matter is required to avoid escalation. We look forward to resolving this matter amicably and swiftly.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https://letter247-us.com/debt-letter/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deb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