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 LETTER OF LOVE AND AFFECTION</w:t>
      </w:r>
    </w:p>
    <w:p/>
    <w:p/>
    <w:p>
      <w:r>
        <w:rPr>
          <w:b w:val="0"/>
          <w:sz w:val="20"/>
        </w:rPr>
        <w:t>My Dearest Love,</w:t>
      </w:r>
    </w:p>
    <w:p/>
    <w:p>
      <w:r>
        <w:rPr>
          <w:b w:val="0"/>
          <w:sz w:val="20"/>
        </w:rPr>
        <w:t>I write this letter to express the boundless affection and admiration that fill my heart whenever I think of you. Every moment spent together is a treasure I hold dear, and the thought of you brightens even the darkest of days.</w:t>
      </w:r>
    </w:p>
    <w:p/>
    <w:p>
      <w:r>
        <w:rPr>
          <w:b w:val="0"/>
          <w:sz w:val="20"/>
        </w:rPr>
        <w:t>From the first time our paths crossed, I knew that something extraordinary was blossoming. You are the light that guides me, the warmth that comforts me, and the joy that completes me. With every smile, every glance, my love for you grows stronger and deeper.</w:t>
      </w:r>
    </w:p>
    <w:p/>
    <w:p>
      <w:r>
        <w:rPr>
          <w:b w:val="0"/>
          <w:sz w:val="20"/>
        </w:rPr>
        <w:t>Your kindness, intelligence, and grace inspire me daily. The way you face challenges with courage, and your unwavering support, make me feel truly blessed to have you by my side. You have touched my soul in ways words can barely capture.</w:t>
      </w:r>
    </w:p>
    <w:p/>
    <w:p>
      <w:r>
        <w:rPr>
          <w:b w:val="0"/>
          <w:sz w:val="20"/>
        </w:rPr>
        <w:t>I promise to cherish you with all my heart, to stand by you through every trial and triumph, and to nurture the beautiful bond we share. Together, we will build a future woven with love, trust, and mutual respect.</w:t>
      </w:r>
    </w:p>
    <w:p/>
    <w:p>
      <w:r>
        <w:rPr>
          <w:b w:val="0"/>
          <w:sz w:val="20"/>
        </w:rPr>
        <w:t>This letter stands as a testament to my unwavering devotion and the sincerity of my feelings. I pledge my heart and soul to you, now and forevermore, and vow to remain faithful and true.</w:t>
      </w:r>
    </w:p>
    <w:p/>
    <w:p>
      <w:r>
        <w:rPr>
          <w:b/>
          <w:sz w:val="20"/>
        </w:rPr>
        <w:t>LEGAL AFFIRMATION</w:t>
      </w:r>
    </w:p>
    <w:p>
      <w:r>
        <w:rPr>
          <w:b w:val="0"/>
          <w:sz w:val="20"/>
        </w:rPr>
        <w:t>This letter is a sincere declaration of love and intent between the undersigned parties. It is understood that this document serves as an expression of mutual affection and commitment. This letter is voluntarily entered into without coercion, misrepresentation, or undue influence, and with full capacity to understand its contents.</w:t>
      </w:r>
    </w:p>
    <w:p/>
    <w:p>
      <w:r>
        <w:rPr>
          <w:b w:val="0"/>
          <w:sz w:val="20"/>
        </w:rPr>
        <w:t>Both parties acknowledge that this letter, while heartfelt and genuine, does not constitute a legally binding contract for marriage or other legal obligations unless otherwise expressly agreed upon in writing and executed in accordance with applicable laws of the United States.</w:t>
      </w:r>
    </w:p>
    <w:p/>
    <w:p>
      <w:r>
        <w:rPr>
          <w:b w:val="0"/>
          <w:sz w:val="20"/>
        </w:rPr>
        <w:t>This letter may be used to support intentions in personal or legal contexts, provided that it is interpreted in light of its affectionate and declarative nature.</w:t>
      </w:r>
    </w:p>
    <w:p/>
    <w:p/>
    <w:p>
      <w:r>
        <w:rPr>
          <w:b w:val="0"/>
          <w:sz w:val="20"/>
        </w:rPr>
        <w:t>Forever yours,</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FROM</w:t>
            </w:r>
          </w:p>
        </w:tc>
        <w:tc>
          <w:tcPr>
            <w:tcW w:type="dxa" w:w="4986"/>
            <w:tcBorders>
              <w:top w:val="nil"/>
              <w:left w:val="nil"/>
              <w:bottom w:val="nil"/>
              <w:right w:val="nil"/>
              <w:insideH w:val="nil"/>
              <w:insideV w:val="nil"/>
            </w:tcBorders>
          </w:tcPr>
          <w:p>
            <w:pPr>
              <w:jc w:val="center"/>
            </w:pPr>
            <w:r>
              <w:t>TO</w:t>
            </w:r>
          </w:p>
        </w:tc>
      </w:tr>
      <w:tr>
        <w:tc>
          <w:tcPr>
            <w:tcW w:type="dxa" w:w="4986"/>
            <w:tcBorders>
              <w:top w:val="nil"/>
              <w:left w:val="nil"/>
              <w:bottom w:val="nil"/>
              <w:right w:val="nil"/>
              <w:insideH w:val="nil"/>
              <w:insideV w:val="nil"/>
            </w:tcBorders>
          </w:tcPr>
          <w:p>
            <w:pPr>
              <w:jc w:val="center"/>
            </w:pPr>
            <w:r>
              <w:t>Name: _______________________________________</w:t>
            </w:r>
          </w:p>
        </w:tc>
        <w:tc>
          <w:tcPr>
            <w:tcW w:type="dxa" w:w="4986"/>
            <w:tcBorders>
              <w:top w:val="nil"/>
              <w:left w:val="nil"/>
              <w:bottom w:val="nil"/>
              <w:right w:val="nil"/>
              <w:insideH w:val="nil"/>
              <w:insideV w:val="nil"/>
            </w:tcBorders>
          </w:tcPr>
          <w:p>
            <w:pPr>
              <w:jc w:val="center"/>
            </w:pPr>
            <w:r>
              <w:t>Name: _______________________________________</w:t>
            </w:r>
          </w:p>
        </w:tc>
      </w:tr>
      <w:tr>
        <w:tc>
          <w:tcPr>
            <w:tcW w:type="dxa" w:w="4986"/>
            <w:tcBorders>
              <w:top w:val="nil"/>
              <w:left w:val="nil"/>
              <w:bottom w:val="nil"/>
              <w:right w:val="nil"/>
              <w:insideH w:val="nil"/>
              <w:insideV w:val="nil"/>
            </w:tcBorders>
          </w:tcPr>
          <w:p>
            <w:pPr>
              <w:jc w:val="center"/>
            </w:pPr>
            <w:r>
              <w:br/>
              <w:t>Signature: _________________________________</w:t>
            </w:r>
          </w:p>
        </w:tc>
        <w:tc>
          <w:tcPr>
            <w:tcW w:type="dxa" w:w="4986"/>
            <w:tcBorders>
              <w:top w:val="nil"/>
              <w:left w:val="nil"/>
              <w:bottom w:val="nil"/>
              <w:right w:val="nil"/>
              <w:insideH w:val="nil"/>
              <w:insideV w:val="nil"/>
            </w:tcBorders>
          </w:tcPr>
          <w:p>
            <w:pPr>
              <w:jc w:val="center"/>
            </w:pPr>
            <w:r>
              <w:br/>
              <w:t>Signature: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https://letter247-us.com/cute-love-letter/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cute-love-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