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REPORT DISPUTE LETTER</w:t>
      </w:r>
    </w:p>
    <w:p/>
    <w:p/>
    <w:p>
      <w:r>
        <w:rPr>
          <w:b w:val="0"/>
          <w:sz w:val="20"/>
        </w:rPr>
        <w:t>Your Name:</w:t>
      </w:r>
    </w:p>
    <w:p>
      <w:r>
        <w:rPr>
          <w:b w:val="0"/>
          <w:sz w:val="20"/>
        </w:rPr>
        <w:t>____________________________________________________________</w:t>
      </w:r>
    </w:p>
    <w:p>
      <w:r>
        <w:rPr>
          <w:b w:val="0"/>
          <w:sz w:val="20"/>
        </w:rPr>
        <w:t>Your Address:</w:t>
      </w:r>
    </w:p>
    <w:p>
      <w:r>
        <w:rPr>
          <w:b w:val="0"/>
          <w:sz w:val="20"/>
        </w:rPr>
        <w:t>____________________________________________________________</w:t>
      </w:r>
    </w:p>
    <w:p>
      <w:r>
        <w:rPr>
          <w:b w:val="0"/>
          <w:sz w:val="20"/>
        </w:rPr>
        <w:t>City, State, ZIP Code:</w:t>
      </w:r>
    </w:p>
    <w:p>
      <w:r>
        <w:rPr>
          <w:b w:val="0"/>
          <w:sz w:val="20"/>
        </w:rPr>
        <w:t>____________________________________________________________</w:t>
      </w:r>
    </w:p>
    <w:p>
      <w:r>
        <w:rPr>
          <w:b w:val="0"/>
          <w:sz w:val="20"/>
        </w:rPr>
        <w:t>Phone Number:</w:t>
      </w:r>
    </w:p>
    <w:p>
      <w:r>
        <w:rPr>
          <w:b w:val="0"/>
          <w:sz w:val="20"/>
        </w:rPr>
        <w:t>____________________________________________________________</w:t>
      </w:r>
    </w:p>
    <w:p>
      <w:r>
        <w:rPr>
          <w:b w:val="0"/>
          <w:sz w:val="20"/>
        </w:rPr>
        <w:t>Email Address:</w:t>
      </w:r>
    </w:p>
    <w:p>
      <w:r>
        <w:rPr>
          <w:b w:val="0"/>
          <w:sz w:val="20"/>
        </w:rPr>
        <w:t>____________________________________________________________</w:t>
      </w:r>
    </w:p>
    <w:p/>
    <w:p/>
    <w:p>
      <w:r>
        <w:rPr>
          <w:b w:val="0"/>
          <w:sz w:val="20"/>
        </w:rPr>
        <w:t>Credit Reporting Agency:</w:t>
      </w:r>
    </w:p>
    <w:p>
      <w:r>
        <w:rPr>
          <w:b w:val="0"/>
          <w:sz w:val="20"/>
        </w:rPr>
        <w:t>____________________________________________________________</w:t>
      </w:r>
    </w:p>
    <w:p>
      <w:r>
        <w:rPr>
          <w:b w:val="0"/>
          <w:sz w:val="20"/>
        </w:rPr>
        <w:t>Address:</w:t>
      </w:r>
    </w:p>
    <w:p>
      <w:r>
        <w:rPr>
          <w:b w:val="0"/>
          <w:sz w:val="20"/>
        </w:rPr>
        <w:t>____________________________________________________________</w:t>
      </w:r>
    </w:p>
    <w:p>
      <w:r>
        <w:rPr>
          <w:b w:val="0"/>
          <w:sz w:val="20"/>
        </w:rPr>
        <w:t>City, State, ZIP Code:</w:t>
      </w:r>
    </w:p>
    <w:p>
      <w:r>
        <w:rPr>
          <w:b w:val="0"/>
          <w:sz w:val="20"/>
        </w:rPr>
        <w:t>____________________________________________________________</w:t>
      </w:r>
    </w:p>
    <w:p/>
    <w:p/>
    <w:p>
      <w:r>
        <w:rPr>
          <w:b/>
          <w:sz w:val="20"/>
        </w:rPr>
        <w:t>Re: Dispute of Credit Report Information</w:t>
      </w:r>
    </w:p>
    <w:p/>
    <w:p>
      <w:r>
        <w:rPr>
          <w:b w:val="0"/>
          <w:sz w:val="20"/>
        </w:rPr>
        <w:t>To Whom It May Concern,</w:t>
      </w:r>
    </w:p>
    <w:p/>
    <w:p>
      <w:r>
        <w:rPr>
          <w:b w:val="0"/>
          <w:sz w:val="20"/>
        </w:rPr>
        <w:t>I am writing to dispute certain information contained in my credit report as provided by your agency. The information I dispute is inaccurate and/or incomplete and I request that it be investigated and corrected or removed as appropriate in accordance with the Fair Credit Reporting Act (FCRA), 15 U.S.C. § 1681 et seq.</w:t>
      </w:r>
    </w:p>
    <w:p/>
    <w:p/>
    <w:p>
      <w:r>
        <w:rPr>
          <w:b/>
          <w:sz w:val="20"/>
        </w:rPr>
        <w:t>Disputed Account Information:</w:t>
      </w:r>
    </w:p>
    <w:p>
      <w:r>
        <w:rPr>
          <w:b w:val="0"/>
          <w:sz w:val="20"/>
        </w:rPr>
        <w:t>Creditor Name:</w:t>
      </w:r>
    </w:p>
    <w:p>
      <w:r>
        <w:rPr>
          <w:b w:val="0"/>
          <w:sz w:val="20"/>
        </w:rPr>
        <w:t>____________________________________________________________</w:t>
      </w:r>
    </w:p>
    <w:p>
      <w:r>
        <w:rPr>
          <w:b w:val="0"/>
          <w:sz w:val="20"/>
        </w:rPr>
        <w:t>Account Number:</w:t>
      </w:r>
    </w:p>
    <w:p>
      <w:r>
        <w:rPr>
          <w:b w:val="0"/>
          <w:sz w:val="20"/>
        </w:rPr>
        <w:t>____________________________________________________________</w:t>
      </w:r>
    </w:p>
    <w:p>
      <w:r>
        <w:rPr>
          <w:b w:val="0"/>
          <w:sz w:val="20"/>
        </w:rPr>
        <w:t>Type of Account (e.g., credit card, loan):</w:t>
      </w:r>
    </w:p>
    <w:p>
      <w:r>
        <w:rPr>
          <w:b w:val="0"/>
          <w:sz w:val="20"/>
        </w:rPr>
        <w:t>____________________________________________________________</w:t>
      </w:r>
    </w:p>
    <w:p/>
    <w:p/>
    <w:p>
      <w:r>
        <w:rPr>
          <w:b/>
          <w:sz w:val="20"/>
        </w:rPr>
        <w:t>Description of Dispute:</w:t>
      </w:r>
    </w:p>
    <w:p>
      <w:r>
        <w:rPr>
          <w:b w:val="0"/>
          <w:sz w:val="20"/>
        </w:rPr>
        <w:t>Please specify the inaccurate or incomplete information. Include details such as incorrect balances, payment status, dates, or any other relevant information.</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val="0"/>
          <w:sz w:val="20"/>
        </w:rPr>
        <w:t>Enclosed are copies of documents supporting my position. Please review and update my credit report accordingly.</w:t>
      </w:r>
    </w:p>
    <w:p/>
    <w:p/>
    <w:p>
      <w:r>
        <w:rPr>
          <w:b w:val="0"/>
          <w:sz w:val="20"/>
        </w:rPr>
        <w:t>In accordance with the FCRA, I request that you conduct a thorough investigation of the disputed information and provide me with a written statement regarding the results of your investigation. If the disputed information is found to be inaccurate or cannot be verified, I request that it be corrected or deleted from my credit report.</w:t>
      </w:r>
    </w:p>
    <w:p/>
    <w:p/>
    <w:p>
      <w:r>
        <w:rPr>
          <w:b/>
          <w:sz w:val="20"/>
        </w:rPr>
        <w:t>My Rights:</w:t>
      </w:r>
    </w:p>
    <w:p>
      <w:r>
        <w:rPr>
          <w:b w:val="0"/>
          <w:sz w:val="20"/>
        </w:rPr>
        <w:t>Under the Fair Credit Reporting Act, you are required to investigate my dispute within 30 days of receipt of this letter. Failure to comply with this requirement may result in enforcement actions by the Consumer Financial Protection Bureau (CFPB) and other regulatory authorities.</w:t>
      </w:r>
    </w:p>
    <w:p/>
    <w:p/>
    <w:p>
      <w:r>
        <w:rPr>
          <w:b w:val="0"/>
          <w:sz w:val="20"/>
        </w:rPr>
        <w:t>Thank you for your prompt attention to this matter. Please send me written confirmation once the investigation has been completed and the necessary corrections have been made.</w:t>
      </w:r>
    </w:p>
    <w:p/>
    <w:p/>
    <w:p/>
    <w:p>
      <w:r>
        <w:rPr>
          <w:b w:val="0"/>
          <w:sz w:val="20"/>
        </w:rPr>
        <w:t>Sincerely,</w:t>
      </w:r>
    </w:p>
    <w:p/>
    <w:p/>
    <w:p/>
    <w:p/>
    <w:p>
      <w:r>
        <w:rPr>
          <w:b w:val="0"/>
          <w:sz w:val="20"/>
        </w:rPr>
        <w:t>______________________________</w:t>
      </w:r>
    </w:p>
    <w:p>
      <w:r>
        <w:rPr>
          <w:b w:val="0"/>
          <w:sz w:val="20"/>
        </w:rPr>
        <w:t>Signature</w:t>
      </w:r>
    </w:p>
    <w:p/>
    <w:p>
      <w:r>
        <w:rPr>
          <w:b w:val="0"/>
          <w:sz w:val="20"/>
        </w:rPr>
        <w:t>Printed Name:</w:t>
      </w:r>
    </w:p>
    <w:p>
      <w:r>
        <w:rPr>
          <w:b w:val="0"/>
          <w:sz w:val="20"/>
        </w:rPr>
        <w:t>____________________________________________________________</w:t>
      </w:r>
    </w:p>
    <w:p/>
    <w:p/>
    <w:p>
      <w:r>
        <w:rPr>
          <w:b/>
          <w:sz w:val="20"/>
        </w:rPr>
        <w:t>Enclosures:</w:t>
      </w:r>
    </w:p>
    <w:p>
      <w:r>
        <w:rPr>
          <w:b w:val="0"/>
          <w:sz w:val="20"/>
        </w:rPr>
        <w:t>Copies of supporting documents such as payment receipts, correspondence, or statements relating to the disputed information.</w:t>
      </w:r>
    </w:p>
    <w:p/>
    <w:p/>
    <w:p>
      <w:r>
        <w:rPr>
          <w:b/>
          <w:sz w:val="20"/>
        </w:rPr>
        <w:t>Consumer Financial Protection Bureau (CFPB) Contact Information:</w:t>
      </w:r>
    </w:p>
    <w:p>
      <w:r>
        <w:rPr>
          <w:b w:val="0"/>
          <w:sz w:val="20"/>
        </w:rPr>
        <w:t>Website: www.consumerfinance.gov</w:t>
      </w:r>
    </w:p>
    <w:p>
      <w:r>
        <w:rPr>
          <w:b w:val="0"/>
          <w:sz w:val="20"/>
        </w:rPr>
        <w:t>Phone: (855) 411-2372</w:t>
      </w:r>
    </w:p>
    <w:p>
      <w:r>
        <w:rPr>
          <w:b w:val="0"/>
          <w:sz w:val="20"/>
        </w:rPr>
        <w:t>Address: P.O. Box 27170, Washington, DC 20038</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t>Signature: _________________________</w:t>
            </w:r>
          </w:p>
        </w:tc>
        <w:tc>
          <w:tcPr>
            <w:tcW w:type="dxa" w:w="4986"/>
            <w:tcBorders>
              <w:top w:val="nil"/>
              <w:left w:val="nil"/>
              <w:bottom w:val="nil"/>
              <w:right w:val="nil"/>
              <w:insideH w:val="nil"/>
              <w:insideV w:val="nil"/>
            </w:tcBorders>
          </w:tcPr>
          <w:p>
            <w:pPr>
              <w:jc w:val="center"/>
            </w:pPr>
            <w:r>
              <w:t>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https://letter247-us.com/credit-report-dispute-letter/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redit-report-disput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