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CREDIT CARD DISPUTE LETTER</w:t>
      </w:r>
    </w:p>
    <w:p/>
    <w:p/>
    <w:p>
      <w:r>
        <w:rPr>
          <w:b/>
          <w:sz w:val="20"/>
        </w:rPr>
        <w:t>Sender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City, State, ZIP: _____________________________________________________</w:t>
      </w:r>
    </w:p>
    <w:p>
      <w:r>
        <w:rPr>
          <w:b w:val="0"/>
          <w:sz w:val="20"/>
        </w:rPr>
        <w:t>Phone Number: 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</w:t>
      </w:r>
    </w:p>
    <w:p/>
    <w:p>
      <w:r>
        <w:rPr>
          <w:b/>
          <w:sz w:val="20"/>
        </w:rPr>
        <w:t>Credit Card Account Information:</w:t>
      </w:r>
    </w:p>
    <w:p>
      <w:r>
        <w:rPr>
          <w:b w:val="0"/>
          <w:sz w:val="20"/>
        </w:rPr>
        <w:t>Card Issuer: __________________________________________________________</w:t>
      </w:r>
    </w:p>
    <w:p>
      <w:r>
        <w:rPr>
          <w:b w:val="0"/>
          <w:sz w:val="20"/>
        </w:rPr>
        <w:t>Account Number (last 4 digits): _______________</w:t>
      </w:r>
    </w:p>
    <w:p>
      <w:r>
        <w:rPr>
          <w:b w:val="0"/>
          <w:sz w:val="20"/>
        </w:rPr>
        <w:t>Billing Address (if different): _______________________________________</w:t>
      </w:r>
    </w:p>
    <w:p/>
    <w:p>
      <w:r>
        <w:rPr>
          <w:b/>
          <w:sz w:val="20"/>
        </w:rPr>
        <w:t>Merchant Information:</w:t>
      </w:r>
    </w:p>
    <w:p>
      <w:r>
        <w:rPr>
          <w:b w:val="0"/>
          <w:sz w:val="20"/>
        </w:rPr>
        <w:t>Merchant Name: _______________________________________________________</w:t>
      </w:r>
    </w:p>
    <w:p>
      <w:r>
        <w:rPr>
          <w:b w:val="0"/>
          <w:sz w:val="20"/>
        </w:rPr>
        <w:t>Merchant Address: ____________________________________________________</w:t>
      </w:r>
    </w:p>
    <w:p>
      <w:r>
        <w:rPr>
          <w:b w:val="0"/>
          <w:sz w:val="20"/>
        </w:rPr>
        <w:t>Transaction Date: _________________________________________________</w:t>
      </w:r>
    </w:p>
    <w:p>
      <w:r>
        <w:rPr>
          <w:b w:val="0"/>
          <w:sz w:val="20"/>
        </w:rPr>
        <w:t>Transaction Amount: $______________________</w:t>
      </w:r>
    </w:p>
    <w:p/>
    <w:p>
      <w:pPr>
        <w:jc w:val="center"/>
      </w:pPr>
      <w:r>
        <w:rPr>
          <w:b/>
          <w:sz w:val="20"/>
        </w:rPr>
        <w:t>Subject: Dispute of Unauthorized/Incorrect Credit Card Charge</w:t>
      </w:r>
    </w:p>
    <w:p/>
    <w:p/>
    <w:p>
      <w:r>
        <w:rPr>
          <w:b w:val="0"/>
          <w:sz w:val="20"/>
        </w:rPr>
        <w:t>To Whom It May Concern,</w:t>
      </w:r>
    </w:p>
    <w:p/>
    <w:p>
      <w:r>
        <w:rPr>
          <w:b w:val="0"/>
          <w:sz w:val="20"/>
        </w:rPr>
        <w:t>I am writing to formally dispute a charge on my credit card account referenced above. Upon reviewing my recent billing statement, I identified a transaction that I believe is unauthorized, incorrect, or was not properly processed. I request that the charge be investigated and removed from my account in accordance with the Fair Credit Billing Act (15 U.S.C. § 1666).</w:t>
      </w:r>
    </w:p>
    <w:p/>
    <w:p>
      <w:r>
        <w:rPr>
          <w:b/>
          <w:sz w:val="20"/>
        </w:rPr>
        <w:t>Details of Disputed Charge:</w:t>
      </w:r>
    </w:p>
    <w:p>
      <w:r>
        <w:rPr>
          <w:b w:val="0"/>
          <w:sz w:val="20"/>
        </w:rPr>
        <w:t>• Transaction Date: _______________________________________________</w:t>
      </w:r>
    </w:p>
    <w:p>
      <w:r>
        <w:rPr>
          <w:b w:val="0"/>
          <w:sz w:val="20"/>
        </w:rPr>
        <w:t>• Merchant Name: _________________________________________________</w:t>
      </w:r>
    </w:p>
    <w:p>
      <w:r>
        <w:rPr>
          <w:b w:val="0"/>
          <w:sz w:val="20"/>
        </w:rPr>
        <w:t>• Amount Charged: $_________________________</w:t>
      </w:r>
    </w:p>
    <w:p>
      <w:r>
        <w:rPr>
          <w:b w:val="0"/>
          <w:sz w:val="20"/>
        </w:rPr>
        <w:t>• Reason for Dispute (check applicable):</w:t>
      </w:r>
    </w:p>
    <w:p>
      <w:r>
        <w:rPr>
          <w:b w:val="0"/>
          <w:sz w:val="20"/>
        </w:rPr>
        <w:t xml:space="preserve">  □ Unauthorized charge (I did not authorize this transaction)</w:t>
      </w:r>
    </w:p>
    <w:p>
      <w:r>
        <w:rPr>
          <w:b w:val="0"/>
          <w:sz w:val="20"/>
        </w:rPr>
        <w:t xml:space="preserve">  □ Incorrect amount charged</w:t>
      </w:r>
    </w:p>
    <w:p>
      <w:r>
        <w:rPr>
          <w:b w:val="0"/>
          <w:sz w:val="20"/>
        </w:rPr>
        <w:t xml:space="preserve">  □ Goods or services not received as agreed</w:t>
      </w:r>
    </w:p>
    <w:p>
      <w:r>
        <w:rPr>
          <w:b w:val="0"/>
          <w:sz w:val="20"/>
        </w:rPr>
        <w:t xml:space="preserve">  □ Duplicate charge</w:t>
      </w:r>
    </w:p>
    <w:p>
      <w:r>
        <w:rPr>
          <w:b w:val="0"/>
          <w:sz w:val="20"/>
        </w:rPr>
        <w:t xml:space="preserve">  □ Other: ______________________________________________________</w:t>
      </w:r>
    </w:p>
    <w:p/>
    <w:p>
      <w:r>
        <w:rPr>
          <w:b/>
          <w:sz w:val="20"/>
        </w:rPr>
        <w:t>Explanation of Dispute: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Actions Taken:</w:t>
      </w:r>
    </w:p>
    <w:p>
      <w:r>
        <w:rPr>
          <w:b w:val="0"/>
          <w:sz w:val="20"/>
        </w:rPr>
        <w:t>I have contacted the merchant to seek a resolution on this matter, and the outcome was: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Enclosed are copies of supporting documents (if applicable):</w:t>
      </w:r>
    </w:p>
    <w:p>
      <w:r>
        <w:rPr>
          <w:b w:val="0"/>
          <w:sz w:val="20"/>
        </w:rPr>
        <w:t>• Billing statement showing the disputed charge</w:t>
      </w:r>
    </w:p>
    <w:p>
      <w:r>
        <w:rPr>
          <w:b w:val="0"/>
          <w:sz w:val="20"/>
        </w:rPr>
        <w:t>• Correspondence with merchant</w:t>
      </w:r>
    </w:p>
    <w:p>
      <w:r>
        <w:rPr>
          <w:b w:val="0"/>
          <w:sz w:val="20"/>
        </w:rPr>
        <w:t>• Receipts or proof of payment</w:t>
      </w:r>
    </w:p>
    <w:p>
      <w:r>
        <w:rPr>
          <w:b w:val="0"/>
          <w:sz w:val="20"/>
        </w:rPr>
        <w:t>• Any other relevant documentation</w:t>
      </w:r>
    </w:p>
    <w:p/>
    <w:p>
      <w:r>
        <w:rPr>
          <w:b w:val="0"/>
          <w:sz w:val="20"/>
        </w:rPr>
        <w:t>Under the Fair Credit Billing Act, I request that you investigate this matter and correct the billing error promptly. Please provide a written confirmation of receipt of this dispute and inform me of the results of your investigation at your earliest convenience.</w:t>
      </w:r>
    </w:p>
    <w:p/>
    <w:p>
      <w:r>
        <w:rPr>
          <w:b w:val="0"/>
          <w:sz w:val="20"/>
        </w:rPr>
        <w:t>Please contact me if you require any additional information or documentation to assist with your investigation. I can be reached at the phone number or email address listed above.</w:t>
      </w:r>
    </w:p>
    <w:p/>
    <w:p>
      <w:r>
        <w:rPr>
          <w:b w:val="0"/>
          <w:sz w:val="20"/>
        </w:rPr>
        <w:t>Thank you for your prompt attention to this matter.</w:t>
      </w:r>
    </w:p>
    <w:p/>
    <w:p/>
    <w:p>
      <w:r>
        <w:rPr>
          <w:b w:val="0"/>
          <w:sz w:val="20"/>
        </w:rPr>
        <w:t>Sincerely,</w:t>
      </w:r>
    </w:p>
    <w:p/>
    <w:p/>
    <w:p/>
    <w:p/>
    <w:p>
      <w:r>
        <w:rPr>
          <w:b w:val="0"/>
          <w:sz w:val="20"/>
        </w:rPr>
        <w:t>Signature: ______________________________________</w:t>
      </w:r>
    </w:p>
    <w:p>
      <w:r>
        <w:rPr>
          <w:b w:val="0"/>
          <w:sz w:val="20"/>
        </w:rPr>
        <w:t>Printed Name: ___________________________________</w:t>
      </w:r>
    </w:p>
    <w:p/>
    <w:p>
      <w:r>
        <w:rPr>
          <w:b w:val="0"/>
          <w:sz w:val="20"/>
        </w:rPr>
        <w:t>Date: __________________________________________</w:t>
      </w:r>
    </w:p>
    <w:p/>
    <w:p/>
    <w:p>
      <w:r>
        <w:rPr>
          <w:b/>
          <w:sz w:val="20"/>
        </w:rPr>
        <w:t>CC:</w:t>
      </w:r>
    </w:p>
    <w:p>
      <w:r>
        <w:rPr>
          <w:b w:val="0"/>
          <w:sz w:val="20"/>
        </w:rPr>
        <w:t>____________________________________________________________</w:t>
      </w:r>
    </w:p>
    <w:p>
      <w:r>
        <w:rPr>
          <w:b w:val="0"/>
          <w:sz w:val="20"/>
        </w:rPr>
        <w:t>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Sender Signature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Receiving Representative Signature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https://letter247-us.com/credit-card-dispute-letter/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247-us.com/credit-card-dispute-letter/" TargetMode="External"/><Relationship Id="rId10" Type="http://schemas.openxmlformats.org/officeDocument/2006/relationships/hyperlink" Target="https://letter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