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CPA ENGAGEMENT LETTER</w:t>
      </w:r>
    </w:p>
    <w:p/>
    <w:p>
      <w:r>
        <w:rPr>
          <w:b/>
          <w:sz w:val="20"/>
        </w:rPr>
        <w:t>From:</w:t>
      </w:r>
    </w:p>
    <w:p>
      <w:r>
        <w:rPr>
          <w:b w:val="0"/>
          <w:sz w:val="20"/>
        </w:rPr>
        <w:t>Certified Public Accountant Firm Name</w:t>
      </w:r>
    </w:p>
    <w:p>
      <w:r>
        <w:rPr>
          <w:b w:val="0"/>
          <w:sz w:val="20"/>
        </w:rPr>
        <w:t>Address Line 1</w:t>
      </w:r>
    </w:p>
    <w:p>
      <w:r>
        <w:rPr>
          <w:b w:val="0"/>
          <w:sz w:val="20"/>
        </w:rPr>
        <w:t>Address Line 2</w:t>
      </w:r>
    </w:p>
    <w:p>
      <w:r>
        <w:rPr>
          <w:b w:val="0"/>
          <w:sz w:val="20"/>
        </w:rPr>
        <w:t>Phone: ____________________________</w:t>
      </w:r>
    </w:p>
    <w:p>
      <w:r>
        <w:rPr>
          <w:b w:val="0"/>
          <w:sz w:val="20"/>
        </w:rPr>
        <w:t>Email: ____________________________</w:t>
      </w:r>
    </w:p>
    <w:p/>
    <w:p>
      <w:r>
        <w:rPr>
          <w:b/>
          <w:sz w:val="20"/>
        </w:rPr>
        <w:t>To:</w:t>
      </w:r>
    </w:p>
    <w:p>
      <w:r>
        <w:rPr>
          <w:b w:val="0"/>
          <w:sz w:val="20"/>
        </w:rPr>
        <w:t>Client Name</w:t>
      </w:r>
    </w:p>
    <w:p>
      <w:r>
        <w:rPr>
          <w:b w:val="0"/>
          <w:sz w:val="20"/>
        </w:rPr>
        <w:t>Address Line 1</w:t>
      </w:r>
    </w:p>
    <w:p>
      <w:r>
        <w:rPr>
          <w:b w:val="0"/>
          <w:sz w:val="20"/>
        </w:rPr>
        <w:t>Address Line 2</w:t>
      </w:r>
    </w:p>
    <w:p>
      <w:r>
        <w:rPr>
          <w:b w:val="0"/>
          <w:sz w:val="20"/>
        </w:rPr>
        <w:t>Phone: ____________________________</w:t>
      </w:r>
    </w:p>
    <w:p>
      <w:r>
        <w:rPr>
          <w:b w:val="0"/>
          <w:sz w:val="20"/>
        </w:rPr>
        <w:t>Email: ____________________________</w:t>
      </w:r>
    </w:p>
    <w:p/>
    <w:p/>
    <w:p>
      <w:r>
        <w:rPr>
          <w:b w:val="0"/>
          <w:sz w:val="20"/>
        </w:rPr>
        <w:t>Dear Client,</w:t>
      </w:r>
    </w:p>
    <w:p/>
    <w:p>
      <w:r>
        <w:rPr>
          <w:b w:val="0"/>
          <w:sz w:val="20"/>
        </w:rPr>
        <w:t>This letter confirms the terms of our engagement and outlines the nature and scope of the services we will provide. Please review this document carefully and contact us if you have any questions.</w:t>
      </w:r>
    </w:p>
    <w:p/>
    <w:p/>
    <w:p>
      <w:r>
        <w:rPr>
          <w:b/>
          <w:sz w:val="22"/>
        </w:rPr>
        <w:t>1. Objective and Scope of Services</w:t>
      </w:r>
    </w:p>
    <w:p>
      <w:r>
        <w:rPr>
          <w:b w:val="0"/>
          <w:sz w:val="20"/>
        </w:rPr>
        <w:t>We will perform the following services for you: preparation of financial statements, compilation of financial information, tax preparation, consulting, or any other agreed-upon services. Our services will be conducted in accordance with applicable standards established by the American Institute of Certified Public Accountants (AICPA) and applicable laws and regulations.</w:t>
      </w:r>
    </w:p>
    <w:p/>
    <w:p>
      <w:r>
        <w:rPr>
          <w:b/>
          <w:sz w:val="22"/>
        </w:rPr>
        <w:t>2. Responsibilities of the CPA Firm</w:t>
      </w:r>
    </w:p>
    <w:p>
      <w:r>
        <w:rPr>
          <w:b w:val="0"/>
          <w:sz w:val="20"/>
        </w:rPr>
        <w:t>We will conduct our engagement with professional due care and employ generally accepted accounting principles and standards. We will not audit or review the financial statements unless specifically agreed upon in writing. Our work will not provide any assurance on the financial statements unless an audit or review engagement is agreed and performed.</w:t>
      </w:r>
    </w:p>
    <w:p/>
    <w:p>
      <w:r>
        <w:rPr>
          <w:b/>
          <w:sz w:val="22"/>
        </w:rPr>
        <w:t>3. Responsibilities of the Client</w:t>
      </w:r>
    </w:p>
    <w:p>
      <w:r>
        <w:rPr>
          <w:b w:val="0"/>
          <w:sz w:val="20"/>
        </w:rPr>
        <w:t>You agree to provide us with all information necessary for the performance of our services, including complete and accurate financial records, access to personnel, and any other requested documentation. You acknowledge your responsibility for the accuracy and completeness of the information provided. Furthermore, you are responsible for maintaining adequate internal controls and for ensuring compliance with applicable laws and regulations.</w:t>
      </w:r>
    </w:p>
    <w:p/>
    <w:p>
      <w:r>
        <w:rPr>
          <w:b/>
          <w:sz w:val="22"/>
        </w:rPr>
        <w:t>4. Deliverables</w:t>
      </w:r>
    </w:p>
    <w:p>
      <w:r>
        <w:rPr>
          <w:b w:val="0"/>
          <w:sz w:val="20"/>
        </w:rPr>
        <w:t>We will provide you with the final financial statements, tax returns, reports, or other deliverables specified in this engagement. Delivery dates will be determined based on mutually agreed timelines.</w:t>
      </w:r>
    </w:p>
    <w:p/>
    <w:p>
      <w:r>
        <w:rPr>
          <w:b/>
          <w:sz w:val="22"/>
        </w:rPr>
        <w:t>5. Fees and Payment Terms</w:t>
      </w:r>
    </w:p>
    <w:p>
      <w:r>
        <w:rPr>
          <w:b w:val="0"/>
          <w:sz w:val="20"/>
        </w:rPr>
        <w:t>Our fees for these services will be based on the time required by our professionals, plus out-of-pocket expenses. Invoices are payable upon receipt. We reserve the right to suspend services if invoices remain unpaid beyond 30 days.</w:t>
      </w:r>
    </w:p>
    <w:p/>
    <w:p>
      <w:r>
        <w:rPr>
          <w:b/>
          <w:sz w:val="22"/>
        </w:rPr>
        <w:t>6. Confidentiality</w:t>
      </w:r>
    </w:p>
    <w:p>
      <w:r>
        <w:rPr>
          <w:b w:val="0"/>
          <w:sz w:val="20"/>
        </w:rPr>
        <w:t>We will maintain the confidentiality of your information in accordance with professional standards and applicable law. However, we may be required to disclose information pursuant to legal or regulatory authority.</w:t>
      </w:r>
    </w:p>
    <w:p/>
    <w:p>
      <w:r>
        <w:rPr>
          <w:b/>
          <w:sz w:val="22"/>
        </w:rPr>
        <w:t>7. Limitation of Liability</w:t>
      </w:r>
    </w:p>
    <w:p>
      <w:r>
        <w:rPr>
          <w:b w:val="0"/>
          <w:sz w:val="20"/>
        </w:rPr>
        <w:t>Our liability to you for any claim arising out of this engagement shall not exceed the fees paid for the services rendered. In no event shall we be liable for incidental, consequential, or punitive damages.</w:t>
      </w:r>
    </w:p>
    <w:p/>
    <w:p>
      <w:r>
        <w:rPr>
          <w:b/>
          <w:sz w:val="22"/>
        </w:rPr>
        <w:t>8. Termination</w:t>
      </w:r>
    </w:p>
    <w:p>
      <w:r>
        <w:rPr>
          <w:b w:val="0"/>
          <w:sz w:val="20"/>
        </w:rPr>
        <w:t>This engagement may be terminated by either party at any time upon written notice. Upon termination, you agree to pay for all services rendered and expenses incurred through the date of termination.</w:t>
      </w:r>
    </w:p>
    <w:p/>
    <w:p>
      <w:r>
        <w:rPr>
          <w:b/>
          <w:sz w:val="22"/>
        </w:rPr>
        <w:t>9. Governing Law</w:t>
      </w:r>
    </w:p>
    <w:p>
      <w:r>
        <w:rPr>
          <w:b w:val="0"/>
          <w:sz w:val="20"/>
        </w:rPr>
        <w:t>This engagement letter and the services provided shall be governed by and construed in accordance with the laws of the State in which the CPA firm maintains its principal office, without regard to its conflict of laws provisions.</w:t>
      </w:r>
    </w:p>
    <w:p/>
    <w:p>
      <w:r>
        <w:rPr>
          <w:b/>
          <w:sz w:val="22"/>
        </w:rPr>
        <w:t>10. Entire Agreement</w:t>
      </w:r>
    </w:p>
    <w:p>
      <w:r>
        <w:rPr>
          <w:b w:val="0"/>
          <w:sz w:val="20"/>
        </w:rPr>
        <w:t>This letter constitutes the entire agreement between you and our firm regarding the subject matter herein and supersedes all prior discussions, agreements, or understandings.</w:t>
      </w:r>
    </w:p>
    <w:p/>
    <w:p/>
    <w:p>
      <w:r>
        <w:rPr>
          <w:b w:val="0"/>
          <w:sz w:val="20"/>
        </w:rPr>
        <w:t>If the foregoing is acceptable, please sign and return a copy of this letter as acknowledgment of your understanding and agreement to the terms of this engagement.</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FOR THE CPA FIRM</w:t>
            </w:r>
          </w:p>
        </w:tc>
        <w:tc>
          <w:tcPr>
            <w:tcW w:type="dxa" w:w="4986"/>
            <w:tcBorders>
              <w:top w:val="nil"/>
              <w:left w:val="nil"/>
              <w:bottom w:val="nil"/>
              <w:right w:val="nil"/>
              <w:insideH w:val="nil"/>
              <w:insideV w:val="nil"/>
            </w:tcBorders>
          </w:tcPr>
          <w:p>
            <w:pPr>
              <w:jc w:val="center"/>
            </w:pPr>
            <w:r>
              <w:t>FOR THE CLIENT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and Title: ________________________________</w:t>
            </w:r>
          </w:p>
        </w:tc>
        <w:tc>
          <w:tcPr>
            <w:tcW w:type="dxa" w:w="4986"/>
            <w:tcBorders>
              <w:top w:val="nil"/>
              <w:left w:val="nil"/>
              <w:bottom w:val="nil"/>
              <w:right w:val="nil"/>
              <w:insideH w:val="nil"/>
              <w:insideV w:val="nil"/>
            </w:tcBorders>
          </w:tcPr>
          <w:p>
            <w:pPr>
              <w:jc w:val="center"/>
            </w:pPr>
            <w:r>
              <w:t>Name and Title: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https://letter247-us.com/cpa-engagement-letter/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https://letter247-us.com</w:t>
        </w:r>
      </w:hyperlink>
    </w:p>
    <w:p>
      <w:pPr>
        <w:jc w:val="center"/>
      </w:pPr>
      <w:r>
        <w:rPr>
          <w:color w:val="808080"/>
          <w:sz w:val="20"/>
        </w:rPr>
        <w:t>This template is intended exclusively for personal, non-commercial use.</w:t>
        <w:br/>
        <w:t>If distributed or published, the source must be mentioned. © letter247-us.com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247-us.com/cpa-engagement-letter/" TargetMode="External"/><Relationship Id="rId10" Type="http://schemas.openxmlformats.org/officeDocument/2006/relationships/hyperlink" Target="https://letter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