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CORPORATE RESIGNATION LETTER</w:t>
      </w:r>
    </w:p>
    <w:p/>
    <w:p/>
    <w:p>
      <w:r>
        <w:rPr>
          <w:b/>
          <w:sz w:val="20"/>
        </w:rPr>
        <w:t>To:</w:t>
      </w:r>
    </w:p>
    <w:p>
      <w:r>
        <w:rPr>
          <w:b w:val="0"/>
          <w:sz w:val="20"/>
        </w:rPr>
        <w:t>Board of Directors / Human Resources Department</w:t>
      </w:r>
    </w:p>
    <w:p>
      <w:r>
        <w:rPr>
          <w:b w:val="0"/>
          <w:sz w:val="20"/>
        </w:rPr>
        <w:t>Company Name: ___________________________________________</w:t>
      </w:r>
    </w:p>
    <w:p>
      <w:r>
        <w:rPr>
          <w:b w:val="0"/>
          <w:sz w:val="20"/>
        </w:rPr>
        <w:t>Company Address: ________________________________________</w:t>
      </w:r>
    </w:p>
    <w:p>
      <w:r>
        <w:rPr>
          <w:b w:val="0"/>
          <w:sz w:val="20"/>
        </w:rPr>
        <w:t>City, State, ZIP: _________________________________________</w:t>
      </w:r>
    </w:p>
    <w:p/>
    <w:p/>
    <w:p>
      <w:r>
        <w:rPr>
          <w:b/>
          <w:sz w:val="20"/>
        </w:rPr>
        <w:t>Subject: Resignation from Position</w:t>
      </w:r>
    </w:p>
    <w:p/>
    <w:p>
      <w:r>
        <w:rPr>
          <w:b w:val="0"/>
          <w:sz w:val="20"/>
        </w:rPr>
        <w:t>Dear Members of the Board and Human Resources Team,</w:t>
      </w:r>
    </w:p>
    <w:p/>
    <w:p>
      <w:r>
        <w:rPr>
          <w:b w:val="0"/>
          <w:sz w:val="20"/>
        </w:rPr>
        <w:t>I hereby formally resign from my position as _____________________________________ with the Company Name referenced above. This resignation is submitted voluntarily and with full awareness of my obligations and rights under United States law.</w:t>
      </w:r>
    </w:p>
    <w:p/>
    <w:p>
      <w:r>
        <w:rPr>
          <w:b w:val="0"/>
          <w:sz w:val="20"/>
        </w:rPr>
        <w:t>I understand and commit to providing the Company with the full notice period required under my employment agreement and any applicable company policies. During this notice period, I will continue to perform my duties diligently and assist with a smooth transition of my responsibilities.</w:t>
      </w:r>
    </w:p>
    <w:p/>
    <w:p>
      <w:r>
        <w:rPr>
          <w:b w:val="0"/>
          <w:sz w:val="20"/>
        </w:rPr>
        <w:t>My decision to resign is made after careful consideration and is based on personal and professional factors. I intend to maintain a positive and professional relationship with the Company moving forward.</w:t>
      </w:r>
    </w:p>
    <w:p/>
    <w:p>
      <w:r>
        <w:rPr>
          <w:b w:val="0"/>
          <w:sz w:val="20"/>
        </w:rPr>
        <w:t>To facilitate a seamless handover, I am prepared to assist in training my replacement, documenting my ongoing projects, and providing any other required support during the transition period.</w:t>
      </w:r>
    </w:p>
    <w:p/>
    <w:p>
      <w:r>
        <w:rPr>
          <w:b w:val="0"/>
          <w:sz w:val="20"/>
        </w:rPr>
        <w:t>I reaffirm my commitment to adhere to all confidentiality agreements, non-compete clauses, and any other obligations stipulated in my employment contract and company policies. I understand that these obligations extend beyond the termination of my employment.</w:t>
      </w:r>
    </w:p>
    <w:p/>
    <w:p>
      <w:r>
        <w:rPr>
          <w:b w:val="0"/>
          <w:sz w:val="20"/>
        </w:rPr>
        <w:t>I will ensure the return of all company property, including but not limited to keys, identification badges, electronic devices, documents, and any other materials entrusted to me, on or before my last working day.</w:t>
      </w:r>
    </w:p>
    <w:p/>
    <w:p>
      <w:r>
        <w:rPr>
          <w:b w:val="0"/>
          <w:sz w:val="20"/>
        </w:rPr>
        <w:t>I request that the Company provide a final accounting of all compensation, accrued vacation or paid time off, bonuses, and any other benefits to which I am entitled under my employment agreement and applicable laws.</w:t>
      </w:r>
    </w:p>
    <w:p/>
    <w:p>
      <w:r>
        <w:rPr>
          <w:b w:val="0"/>
          <w:sz w:val="20"/>
        </w:rPr>
        <w:t>I acknowledge that this resignation is made voluntarily and without coercion, and that I have had the opportunity to seek independent legal advice if I deemed necessary.</w:t>
      </w:r>
    </w:p>
    <w:p/>
    <w:p>
      <w:r>
        <w:rPr>
          <w:b w:val="0"/>
          <w:sz w:val="20"/>
        </w:rPr>
        <w:t>Please feel free to contact me at the information below for any follow-up or clarification required after my departure:</w:t>
      </w:r>
    </w:p>
    <w:p>
      <w:r>
        <w:rPr>
          <w:b w:val="0"/>
          <w:sz w:val="20"/>
        </w:rPr>
        <w:t>Email: _____________________________________________</w:t>
      </w:r>
    </w:p>
    <w:p>
      <w:r>
        <w:rPr>
          <w:b w:val="0"/>
          <w:sz w:val="20"/>
        </w:rPr>
        <w:t>Phone: _____________________________________________</w:t>
      </w:r>
    </w:p>
    <w:p/>
    <w:p/>
    <w:p>
      <w:r>
        <w:rPr>
          <w:b w:val="0"/>
          <w:sz w:val="20"/>
        </w:rPr>
        <w:t>I express my gratitude for the opportunities provided to me during my tenure at the Company and wish the organization continued success in the future.</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Human Resources / Witness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https://letter247-us.com/corporate-resignation-letter/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corporate-resignation-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