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COMMUNITY SERVICE COMPLETION LETTER</w:t>
      </w:r>
    </w:p>
    <w:p/>
    <w:p/>
    <w:p>
      <w:r>
        <w:rPr>
          <w:b w:val="0"/>
          <w:sz w:val="20"/>
        </w:rPr>
        <w:t>To Whom It May Concern,</w:t>
      </w:r>
    </w:p>
    <w:p/>
    <w:p>
      <w:r>
        <w:rPr>
          <w:b w:val="0"/>
          <w:sz w:val="20"/>
        </w:rPr>
        <w:t>This letter serves to verify that the individual named below has successfully completed court-ordered community service as part of their sentence or disposition as mandated by the appropriate judicial authority.</w:t>
      </w:r>
    </w:p>
    <w:p/>
    <w:p>
      <w:r>
        <w:rPr>
          <w:b/>
          <w:sz w:val="20"/>
        </w:rPr>
        <w:t>Defendant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p>
      <w:r>
        <w:rPr>
          <w:b/>
          <w:sz w:val="20"/>
        </w:rPr>
        <w:t>Court and Case Information:</w:t>
      </w:r>
    </w:p>
    <w:p>
      <w:r>
        <w:rPr>
          <w:b w:val="0"/>
          <w:sz w:val="20"/>
        </w:rPr>
        <w:t>Court Name: ___________________________________________________________</w:t>
      </w:r>
    </w:p>
    <w:p>
      <w:r>
        <w:rPr>
          <w:b w:val="0"/>
          <w:sz w:val="20"/>
        </w:rPr>
        <w:t>Case Number: __________________________________________________________</w:t>
      </w:r>
    </w:p>
    <w:p>
      <w:r>
        <w:rPr>
          <w:b w:val="0"/>
          <w:sz w:val="20"/>
        </w:rPr>
        <w:t>Presiding Judge: ______________________________________________________</w:t>
      </w:r>
    </w:p>
    <w:p>
      <w:r>
        <w:rPr>
          <w:b w:val="0"/>
          <w:sz w:val="20"/>
        </w:rPr>
        <w:t>Date of Sentencing: ___________________________________________________</w:t>
      </w:r>
    </w:p>
    <w:p/>
    <w:p>
      <w:r>
        <w:rPr>
          <w:b/>
          <w:sz w:val="20"/>
        </w:rPr>
        <w:t>Community Service Details:</w:t>
      </w:r>
    </w:p>
    <w:p>
      <w:r>
        <w:rPr>
          <w:b w:val="0"/>
          <w:sz w:val="20"/>
        </w:rPr>
        <w:t>Service Provider Organization: _________________________________________</w:t>
      </w:r>
    </w:p>
    <w:p>
      <w:r>
        <w:rPr>
          <w:b w:val="0"/>
          <w:sz w:val="20"/>
        </w:rPr>
        <w:t>Supervisor Name: ______________________________________________________</w:t>
      </w:r>
    </w:p>
    <w:p>
      <w:r>
        <w:rPr>
          <w:b w:val="0"/>
          <w:sz w:val="20"/>
        </w:rPr>
        <w:t>Supervisor Contact Information: ________________________________________</w:t>
      </w:r>
    </w:p>
    <w:p>
      <w:r>
        <w:rPr>
          <w:b w:val="0"/>
          <w:sz w:val="20"/>
        </w:rPr>
        <w:t>Total Hours Ordered: ________________________</w:t>
      </w:r>
    </w:p>
    <w:p>
      <w:r>
        <w:rPr>
          <w:b w:val="0"/>
          <w:sz w:val="20"/>
        </w:rPr>
        <w:t>Total Hours Completed: ______________________</w:t>
      </w:r>
    </w:p>
    <w:p>
      <w:r>
        <w:rPr>
          <w:b w:val="0"/>
          <w:sz w:val="20"/>
        </w:rPr>
        <w:t>Service Location(s): _________________________________________________</w:t>
      </w:r>
    </w:p>
    <w:p/>
    <w:p>
      <w:r>
        <w:rPr>
          <w:b/>
          <w:sz w:val="20"/>
        </w:rPr>
        <w:t>Statement of Completion:</w:t>
      </w:r>
    </w:p>
    <w:p>
      <w:r>
        <w:rPr>
          <w:b w:val="0"/>
          <w:sz w:val="20"/>
        </w:rPr>
        <w:t>This is to confirm that the above-named individual has satisfactorily completed the court-ordered community service hours in accordance with the terms and conditions set forth by the court. The service was performed under proper supervision and adhered to all applicable rules and regulations.</w:t>
      </w:r>
    </w:p>
    <w:p/>
    <w:p>
      <w:r>
        <w:rPr>
          <w:b/>
          <w:sz w:val="20"/>
        </w:rPr>
        <w:t>Legal Compliance and Disclaimers:</w:t>
      </w:r>
    </w:p>
    <w:p>
      <w:r>
        <w:rPr>
          <w:b w:val="0"/>
          <w:sz w:val="20"/>
        </w:rPr>
        <w:t>This letter is issued in good faith and is intended to serve as official documentation of community service completion. It is provided in compliance with applicable laws and regulations of the United States of America. Any misuse or falsification of this document may result in legal penalties.</w:t>
      </w:r>
    </w:p>
    <w:p/>
    <w:p>
      <w:r>
        <w:rPr>
          <w:b/>
          <w:sz w:val="20"/>
        </w:rPr>
        <w:t>Authorized Signature: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Supervisor</w:t>
            </w:r>
          </w:p>
        </w:tc>
        <w:tc>
          <w:tcPr>
            <w:tcW w:type="dxa" w:w="4986"/>
            <w:tcBorders>
              <w:top w:val="nil"/>
              <w:left w:val="nil"/>
              <w:bottom w:val="nil"/>
              <w:right w:val="nil"/>
              <w:insideH w:val="nil"/>
              <w:insideV w:val="nil"/>
            </w:tcBorders>
          </w:tcPr>
          <w:p>
            <w:pPr>
              <w:jc w:val="center"/>
            </w:pPr>
            <w:r>
              <w:t>Court Official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w:t>
            </w:r>
          </w:p>
        </w:tc>
      </w:tr>
    </w:tbl>
    <w:p/>
    <w:p/>
    <w:p>
      <w:pPr>
        <w:jc w:val="center"/>
      </w:pPr>
      <w:r>
        <w:rPr>
          <w:b w:val="0"/>
          <w:sz w:val="20"/>
        </w:rPr>
        <w:t>For verification or additional information, please contact the community service provider or the court clerk's office at the contact information provided above.</w:t>
      </w:r>
    </w:p>
    <w:p>
      <w:r>
        <w:br w:type="page"/>
      </w:r>
    </w:p>
    <w:p>
      <w:pPr>
        <w:jc w:val="center"/>
      </w:pPr>
      <w:r>
        <w:rPr>
          <w:color w:val="555555"/>
          <w:sz w:val="24"/>
        </w:rPr>
        <w:t>Original source of this document:</w:t>
      </w:r>
    </w:p>
    <w:p>
      <w:pPr>
        <w:jc w:val="center"/>
      </w:pPr>
      <w:hyperlink r:id="rId9">
        <w:r>
          <w:rPr>
            <w:color w:val="0000FF"/>
            <w:u w:val="single"/>
          </w:rPr>
          <w:t>https://letter247-us.com/community-service-letter-for-court/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ommunity-service-letter-for-court/"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