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COLLEGE ADMISSION DECISION LETTER</w:t>
      </w:r>
    </w:p>
    <w:p/>
    <w:p/>
    <w:p>
      <w:r>
        <w:rPr>
          <w:b/>
          <w:sz w:val="20"/>
        </w:rPr>
        <w:t>Institution Name: _______________________________________________</w:t>
      </w:r>
    </w:p>
    <w:p>
      <w:r>
        <w:rPr>
          <w:b/>
          <w:sz w:val="20"/>
        </w:rPr>
        <w:t>Office of Admissions</w:t>
      </w:r>
    </w:p>
    <w:p>
      <w:r>
        <w:rPr>
          <w:b w:val="0"/>
          <w:sz w:val="20"/>
        </w:rPr>
        <w:t>Institution Address: _____________________________________________</w:t>
      </w:r>
    </w:p>
    <w:p>
      <w:r>
        <w:rPr>
          <w:b w:val="0"/>
          <w:sz w:val="20"/>
        </w:rPr>
        <w:t>Phone: 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/>
    <w:p>
      <w:r>
        <w:rPr>
          <w:b w:val="0"/>
          <w:sz w:val="20"/>
        </w:rPr>
        <w:t>Applicant Name: _________________________________________________</w:t>
      </w:r>
    </w:p>
    <w:p>
      <w:r>
        <w:rPr>
          <w:b w:val="0"/>
          <w:sz w:val="20"/>
        </w:rPr>
        <w:t>Applicant Address: _______________________________________________</w:t>
      </w:r>
    </w:p>
    <w:p>
      <w:r>
        <w:rPr>
          <w:b w:val="0"/>
          <w:sz w:val="20"/>
        </w:rPr>
        <w:t>City, State, ZIP Code: 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/>
    <w:p>
      <w:r>
        <w:rPr>
          <w:b/>
          <w:sz w:val="20"/>
        </w:rPr>
        <w:t>Subject: Admission Decision - Application Status</w:t>
      </w:r>
    </w:p>
    <w:p/>
    <w:p/>
    <w:p>
      <w:r>
        <w:rPr>
          <w:b w:val="0"/>
          <w:sz w:val="20"/>
        </w:rPr>
        <w:t>Dear Applicant,</w:t>
      </w:r>
    </w:p>
    <w:p/>
    <w:p>
      <w:r>
        <w:rPr>
          <w:b w:val="0"/>
          <w:sz w:val="20"/>
        </w:rPr>
        <w:t>We appreciate your interest in enrolling at our institution and thank you for the time and effort you devoted to your application.</w:t>
      </w:r>
    </w:p>
    <w:p/>
    <w:p>
      <w:r>
        <w:rPr>
          <w:b w:val="0"/>
          <w:sz w:val="20"/>
        </w:rPr>
        <w:t>After careful consideration of your application and supporting materials, the Admissions Committee regrets to inform you that we are unable to offer you admission at this time.</w:t>
      </w:r>
    </w:p>
    <w:p/>
    <w:p>
      <w:r>
        <w:rPr>
          <w:b w:val="0"/>
          <w:sz w:val="20"/>
        </w:rPr>
        <w:t>This decision reflects the highly competitive nature of our admissions process and the limited number of spaces available. It does not diminish the achievements and potential demonstrated in your application.</w:t>
      </w:r>
    </w:p>
    <w:p/>
    <w:p>
      <w:r>
        <w:rPr>
          <w:b w:val="0"/>
          <w:sz w:val="20"/>
        </w:rPr>
        <w:t>We encourage you to consider alternative educational pathways, such as reapplying in a future admission cycle, exploring transfer opportunities, or pursuing other accredited post-secondary institutions that align with your academic and career goals.</w:t>
      </w:r>
    </w:p>
    <w:p/>
    <w:p>
      <w:r>
        <w:rPr>
          <w:b w:val="0"/>
          <w:sz w:val="20"/>
        </w:rPr>
        <w:t>If you believe that there has been an error in the evaluation of your application or if you have new, substantive information that was not previously considered, you may submit a written appeal to the Admissions Office. Appeals must be received within 30 days of this letter and should include any relevant documentation.</w:t>
      </w:r>
    </w:p>
    <w:p/>
    <w:p>
      <w:r>
        <w:rPr>
          <w:b w:val="0"/>
          <w:sz w:val="20"/>
        </w:rPr>
        <w:t>Please note that admission decisions are final and binding once the appeal process has been exhausted.</w:t>
      </w:r>
    </w:p>
    <w:p/>
    <w:p>
      <w:r>
        <w:rPr>
          <w:b w:val="0"/>
          <w:sz w:val="20"/>
        </w:rPr>
        <w:t>Should you have any questions or require further information regarding this decision or the appeal process, please contact the Office of Admissions via the contact details provided above.</w:t>
      </w:r>
    </w:p>
    <w:p/>
    <w:p/>
    <w:p>
      <w:r>
        <w:rPr>
          <w:b w:val="0"/>
          <w:sz w:val="20"/>
        </w:rPr>
        <w:t>We sincerely wish you success in your educational endeavors and thank you again for considering our institution.</w:t>
      </w:r>
    </w:p>
    <w:p/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Admissions Officer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Applicant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https://letter247-us.com/college-rejection-letter/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college-rejec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