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COLLEGE ACCEPTANCE LETTER</w:t>
      </w:r>
    </w:p>
    <w:p/>
    <w:p/>
    <w:p>
      <w:r>
        <w:rPr>
          <w:b/>
          <w:sz w:val="20"/>
        </w:rPr>
        <w:t>Prestigious University</w:t>
      </w:r>
    </w:p>
    <w:p>
      <w:r>
        <w:rPr>
          <w:b w:val="0"/>
          <w:sz w:val="20"/>
        </w:rPr>
        <w:t>Office of Admissions</w:t>
      </w:r>
    </w:p>
    <w:p>
      <w:r>
        <w:rPr>
          <w:b w:val="0"/>
          <w:sz w:val="20"/>
        </w:rPr>
        <w:t>123 University Avenue</w:t>
      </w:r>
    </w:p>
    <w:p>
      <w:r>
        <w:rPr>
          <w:b w:val="0"/>
          <w:sz w:val="20"/>
        </w:rPr>
        <w:t>City, State ZIP Code</w:t>
      </w:r>
    </w:p>
    <w:p>
      <w:r>
        <w:rPr>
          <w:b w:val="0"/>
          <w:sz w:val="20"/>
        </w:rPr>
        <w:t>Phone: (123) 456-7890</w:t>
      </w:r>
    </w:p>
    <w:p>
      <w:r>
        <w:rPr>
          <w:b w:val="0"/>
          <w:sz w:val="20"/>
        </w:rPr>
        <w:t>Email: admissions@prestigious.edu</w:t>
      </w:r>
    </w:p>
    <w:p/>
    <w:p/>
    <w:p>
      <w:r>
        <w:rPr>
          <w:b w:val="0"/>
          <w:sz w:val="20"/>
        </w:rPr>
        <w:t>Applicant Name:</w:t>
      </w:r>
    </w:p>
    <w:p>
      <w:r>
        <w:rPr>
          <w:b w:val="0"/>
          <w:sz w:val="20"/>
        </w:rPr>
        <w:t>Applicant Address Line 1</w:t>
      </w:r>
    </w:p>
    <w:p>
      <w:r>
        <w:rPr>
          <w:b w:val="0"/>
          <w:sz w:val="20"/>
        </w:rPr>
        <w:t>Applicant Address Line 2</w:t>
      </w:r>
    </w:p>
    <w:p>
      <w:r>
        <w:rPr>
          <w:b w:val="0"/>
          <w:sz w:val="20"/>
        </w:rPr>
        <w:t>City, State ZIP Code</w:t>
      </w:r>
    </w:p>
    <w:p/>
    <w:p/>
    <w:p>
      <w:r>
        <w:rPr>
          <w:b w:val="0"/>
          <w:sz w:val="20"/>
        </w:rPr>
        <w:t>Dear Applicant,</w:t>
      </w:r>
    </w:p>
    <w:p/>
    <w:p>
      <w:r>
        <w:rPr>
          <w:b w:val="0"/>
          <w:sz w:val="20"/>
        </w:rPr>
        <w:t>It is with great pleasure that we inform you of your admission to Prestigious University for the upcoming academic term. This letter serves as an official notice of acceptance into our undergraduate program, subject to the terms and conditions outlined herein.</w:t>
      </w:r>
    </w:p>
    <w:p/>
    <w:p>
      <w:r>
        <w:rPr>
          <w:b/>
          <w:sz w:val="22"/>
        </w:rPr>
        <w:t>1. Admission and Enrollment</w:t>
      </w:r>
    </w:p>
    <w:p>
      <w:r>
        <w:rPr>
          <w:b w:val="0"/>
          <w:sz w:val="20"/>
        </w:rPr>
        <w:t>You have been admitted to the Bachelor of Science in Computer Science program. Enrollment is contingent upon your compliance with all university policies, submission of required documents, and fulfillment of any additional prerequisites stated by the department.</w:t>
      </w:r>
    </w:p>
    <w:p/>
    <w:p>
      <w:r>
        <w:rPr>
          <w:b/>
          <w:sz w:val="22"/>
        </w:rPr>
        <w:t>2. Conditions of Admission</w:t>
      </w:r>
    </w:p>
    <w:p>
      <w:r>
        <w:rPr>
          <w:b w:val="0"/>
          <w:sz w:val="20"/>
        </w:rPr>
        <w:t>This offer of admission is conditional upon:</w:t>
      </w:r>
    </w:p>
    <w:p>
      <w:r>
        <w:rPr>
          <w:b w:val="0"/>
          <w:sz w:val="20"/>
        </w:rPr>
        <w:t>- Submission of your final official high school transcript.</w:t>
      </w:r>
    </w:p>
    <w:p>
      <w:r>
        <w:rPr>
          <w:b w:val="0"/>
          <w:sz w:val="20"/>
        </w:rPr>
        <w:t>- Verification of all credentials and test scores provided during application.</w:t>
      </w:r>
    </w:p>
    <w:p>
      <w:r>
        <w:rPr>
          <w:b w:val="0"/>
          <w:sz w:val="20"/>
        </w:rPr>
        <w:t>- Demonstration of good moral character as per university standards.</w:t>
      </w:r>
    </w:p>
    <w:p>
      <w:r>
        <w:rPr>
          <w:b w:val="0"/>
          <w:sz w:val="20"/>
        </w:rPr>
        <w:t>- Compliance with all applicable laws and university regulations.</w:t>
      </w:r>
    </w:p>
    <w:p/>
    <w:p>
      <w:r>
        <w:rPr>
          <w:b/>
          <w:sz w:val="22"/>
        </w:rPr>
        <w:t>3. Tuition, Fees, and Financial Obligations</w:t>
      </w:r>
    </w:p>
    <w:p>
      <w:r>
        <w:rPr>
          <w:b w:val="0"/>
          <w:sz w:val="20"/>
        </w:rPr>
        <w:t>You are responsible for the timely payment of all tuition, fees, and other charges associated with enrollment. Detailed information about tuition rates, payment deadlines, and refund policies can be found in the university’s official catalog and website. Failure to satisfy financial obligations may result in withdrawal of admission or registration holds.</w:t>
      </w:r>
    </w:p>
    <w:p/>
    <w:p>
      <w:r>
        <w:rPr>
          <w:b/>
          <w:sz w:val="22"/>
        </w:rPr>
        <w:t>4. Student Code of Conduct and Policies</w:t>
      </w:r>
    </w:p>
    <w:p>
      <w:r>
        <w:rPr>
          <w:b w:val="0"/>
          <w:sz w:val="20"/>
        </w:rPr>
        <w:t>As a member of our university community, you agree to abide by all institutional codes of conduct, academic integrity policies, and regulations. Violations may lead to disciplinary action, including suspension or expulsion. You are encouraged to familiarize yourself with these policies available in the student handbook.</w:t>
      </w:r>
    </w:p>
    <w:p/>
    <w:p>
      <w:r>
        <w:rPr>
          <w:b/>
          <w:sz w:val="22"/>
        </w:rPr>
        <w:t>5. Privacy and Use of Personal Information</w:t>
      </w:r>
    </w:p>
    <w:p>
      <w:r>
        <w:rPr>
          <w:b w:val="0"/>
          <w:sz w:val="20"/>
        </w:rPr>
        <w:t>The university collects and processes personal information as part of the admission and enrollment processes. This information will be handled in accordance with applicable data protection laws and university privacy policies. By accepting this offer, you consent to such use of your data for academic and administrative purposes.</w:t>
      </w:r>
    </w:p>
    <w:p/>
    <w:p>
      <w:r>
        <w:rPr>
          <w:b/>
          <w:sz w:val="22"/>
        </w:rPr>
        <w:t>6. Withdrawal, Deferral, and Cancellation</w:t>
      </w:r>
    </w:p>
    <w:p>
      <w:r>
        <w:rPr>
          <w:b w:val="0"/>
          <w:sz w:val="20"/>
        </w:rPr>
        <w:t>Should you wish to withdraw your acceptance or request deferral of enrollment, you must notify the Office of Admissions in writing. The university reserves the right to rescind offers of admission in cases of misrepresentation or failure to meet the stipulated conditions.</w:t>
      </w:r>
    </w:p>
    <w:p/>
    <w:p>
      <w:r>
        <w:rPr>
          <w:b/>
          <w:sz w:val="22"/>
        </w:rPr>
        <w:t>7. Acceptance Confirmation</w:t>
      </w:r>
    </w:p>
    <w:p>
      <w:r>
        <w:rPr>
          <w:b w:val="0"/>
          <w:sz w:val="20"/>
        </w:rPr>
        <w:t>To accept this offer, please complete the enclosed Enrollment Confirmation Form and submit it to the Office of Admissions by the specified deadline. Failure to do so may result in forfeiture of your admission.</w:t>
      </w:r>
    </w:p>
    <w:p/>
    <w:p>
      <w:r>
        <w:rPr>
          <w:b/>
          <w:sz w:val="22"/>
        </w:rPr>
        <w:t>8. Equal Opportunity and Non-Discrimination</w:t>
      </w:r>
    </w:p>
    <w:p>
      <w:r>
        <w:rPr>
          <w:b w:val="0"/>
          <w:sz w:val="20"/>
        </w:rPr>
        <w:t>Prestigious University is committed to providing equal educational opportunities and does not discriminate on the basis of race, color, religion, sex, national origin, age, disability, or any other protected status in accordance with federal and state laws.</w:t>
      </w:r>
    </w:p>
    <w:p/>
    <w:p>
      <w:r>
        <w:rPr>
          <w:b/>
          <w:sz w:val="22"/>
        </w:rPr>
        <w:t>9. Contact Information</w:t>
      </w:r>
    </w:p>
    <w:p>
      <w:r>
        <w:rPr>
          <w:b w:val="0"/>
          <w:sz w:val="20"/>
        </w:rPr>
        <w:t>If you have any questions regarding this letter or the enrollment process, please contact the Office of Admissions at (123) 456-7890 or admissions@prestigious.edu.</w:t>
      </w:r>
    </w:p>
    <w:p/>
    <w:p/>
    <w:p>
      <w:r>
        <w:rPr>
          <w:b w:val="0"/>
          <w:sz w:val="20"/>
        </w:rPr>
        <w:t>We congratulate you on your achievement and look forward to welcoming you to Prestigious University. Your commitment and talents will contribute greatly to our academic community.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Admissions Officer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https://letter247-us.com/college-acceptance-letter/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ollege-accepta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