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COLLECTION AGENCY DEBT VALIDATION LETTER</w:t>
      </w:r>
    </w:p>
    <w:p/>
    <w:p/>
    <w:p>
      <w:r>
        <w:rPr>
          <w:b w:val="0"/>
          <w:sz w:val="20"/>
        </w:rPr>
        <w:t>Your Name</w:t>
      </w:r>
    </w:p>
    <w:p>
      <w:r>
        <w:rPr>
          <w:b w:val="0"/>
          <w:sz w:val="20"/>
        </w:rPr>
        <w:t>Your Address Line 1</w:t>
      </w:r>
    </w:p>
    <w:p>
      <w:r>
        <w:rPr>
          <w:b w:val="0"/>
          <w:sz w:val="20"/>
        </w:rPr>
        <w:t>Your Address Line 2</w:t>
      </w:r>
    </w:p>
    <w:p>
      <w:r>
        <w:rPr>
          <w:b w:val="0"/>
          <w:sz w:val="20"/>
        </w:rPr>
        <w:t>City, State ZIP Code</w:t>
      </w:r>
    </w:p>
    <w:p>
      <w:r>
        <w:rPr>
          <w:b w:val="0"/>
          <w:sz w:val="20"/>
        </w:rPr>
        <w:t>Phone: ___________________________</w:t>
      </w:r>
    </w:p>
    <w:p>
      <w:r>
        <w:rPr>
          <w:b w:val="0"/>
          <w:sz w:val="20"/>
        </w:rPr>
        <w:t>Email: ___________________________</w:t>
      </w:r>
    </w:p>
    <w:p/>
    <w:p/>
    <w:p>
      <w:r>
        <w:rPr>
          <w:b w:val="0"/>
          <w:sz w:val="20"/>
        </w:rPr>
        <w:t>Collection Agency Name</w:t>
      </w:r>
    </w:p>
    <w:p>
      <w:r>
        <w:rPr>
          <w:b w:val="0"/>
          <w:sz w:val="20"/>
        </w:rPr>
        <w:t>Address Line 1</w:t>
      </w:r>
    </w:p>
    <w:p>
      <w:r>
        <w:rPr>
          <w:b w:val="0"/>
          <w:sz w:val="20"/>
        </w:rPr>
        <w:t>Address Line 2</w:t>
      </w:r>
    </w:p>
    <w:p>
      <w:r>
        <w:rPr>
          <w:b w:val="0"/>
          <w:sz w:val="20"/>
        </w:rPr>
        <w:t>City, State ZIP Code</w:t>
      </w:r>
    </w:p>
    <w:p/>
    <w:p/>
    <w:p>
      <w:r>
        <w:rPr>
          <w:b/>
          <w:sz w:val="20"/>
        </w:rPr>
        <w:t>RE: Debt Validation Request</w:t>
      </w:r>
    </w:p>
    <w:p/>
    <w:p/>
    <w:p>
      <w:r>
        <w:rPr>
          <w:b w:val="0"/>
          <w:sz w:val="20"/>
        </w:rPr>
        <w:t>To Whom It May Concern,</w:t>
      </w:r>
    </w:p>
    <w:p/>
    <w:p>
      <w:r>
        <w:rPr>
          <w:b w:val="0"/>
          <w:sz w:val="20"/>
        </w:rPr>
        <w:t>I am writing to request validation of the alleged debt you claim I owe. Please provide the following information in accordance with the Fair Debt Collection Practices Act (FDCPA), 15 U.S.C. § 1692g:</w:t>
      </w:r>
    </w:p>
    <w:p/>
    <w:p>
      <w:r>
        <w:rPr>
          <w:b w:val="0"/>
          <w:sz w:val="20"/>
        </w:rPr>
        <w:t>1. The amount of the debt you allege I owe.</w:t>
      </w:r>
    </w:p>
    <w:p>
      <w:r>
        <w:rPr>
          <w:b w:val="0"/>
          <w:sz w:val="20"/>
        </w:rPr>
        <w:t>2. The name of the creditor to whom the debt is currently owed.</w:t>
      </w:r>
    </w:p>
    <w:p>
      <w:r>
        <w:rPr>
          <w:b w:val="0"/>
          <w:sz w:val="20"/>
        </w:rPr>
        <w:t>3. A detailed statement of the account showing the original amount, payments made, interest, fees, and the balance due.</w:t>
      </w:r>
    </w:p>
    <w:p>
      <w:r>
        <w:rPr>
          <w:b w:val="0"/>
          <w:sz w:val="20"/>
        </w:rPr>
        <w:t>4. Copies of any documents bearing my signature that show I agreed to assume this debt.</w:t>
      </w:r>
    </w:p>
    <w:p>
      <w:r>
        <w:rPr>
          <w:b w:val="0"/>
          <w:sz w:val="20"/>
        </w:rPr>
        <w:t>5. A copy of the original contract or agreement under which the debt arose.</w:t>
      </w:r>
    </w:p>
    <w:p>
      <w:r>
        <w:rPr>
          <w:b w:val="0"/>
          <w:sz w:val="20"/>
        </w:rPr>
        <w:t>6. Proof that your agency is licensed to collect debts in my state, including your license number and the name of the licensing authority.</w:t>
      </w:r>
    </w:p>
    <w:p>
      <w:r>
        <w:rPr>
          <w:b w:val="0"/>
          <w:sz w:val="20"/>
        </w:rPr>
        <w:t>7. Verification of your authorization to collect this debt on behalf of the creditor.</w:t>
      </w:r>
    </w:p>
    <w:p/>
    <w:p>
      <w:r>
        <w:rPr>
          <w:b w:val="0"/>
          <w:sz w:val="20"/>
        </w:rPr>
        <w:t>Until you provide the requested validation and verification documents, please cease all collection activities and do not report this alleged debt to any credit reporting agencies.</w:t>
      </w:r>
    </w:p>
    <w:p/>
    <w:p>
      <w:r>
        <w:rPr>
          <w:b w:val="0"/>
          <w:sz w:val="20"/>
        </w:rPr>
        <w:t>Please send all correspondence regarding this matter to my address listed above. Failure to respond to this request will be seen as a violation of the FDCPA and may result in complaints filed with the Consumer Financial Protection Bureau (CFPB), the Federal Trade Commission (FTC), and the state Attorney General’s office.</w:t>
      </w:r>
    </w:p>
    <w:p/>
    <w:p>
      <w:r>
        <w:rPr>
          <w:b w:val="0"/>
          <w:sz w:val="20"/>
        </w:rPr>
        <w:t>This letter is not an acknowledgment of any debt, and I do not waive any rights. I reserve all rights under federal and state law.</w:t>
      </w:r>
    </w:p>
    <w:p/>
    <w:p/>
    <w:p>
      <w:r>
        <w:rPr>
          <w:b w:val="0"/>
          <w:sz w:val="20"/>
        </w:rPr>
        <w:t>Sincerely,</w:t>
      </w:r>
    </w:p>
    <w:p/>
    <w:p/>
    <w:p/>
    <w:p/>
    <w:p>
      <w:r>
        <w:rPr>
          <w:b w:val="0"/>
          <w:sz w:val="20"/>
        </w:rPr>
        <w:t>____________________________________</w:t>
      </w:r>
    </w:p>
    <w:p>
      <w:r>
        <w:rPr>
          <w:b w:val="0"/>
          <w:sz w:val="20"/>
        </w:rPr>
        <w:t>Your Printed Name</w:t>
      </w:r>
    </w:p>
    <w:p>
      <w:r>
        <w:rPr>
          <w:b w:val="0"/>
          <w:sz w:val="20"/>
        </w:rPr>
        <w:t>Date: 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Your Contact Information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Collection Agency Contact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Phone: __________________________</w:t>
              <w:br/>
              <w:t>Email: __________________________</w:t>
              <w:br/>
              <w:t>Address: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Name: ___________________________</w:t>
              <w:br/>
              <w:t>Phone: __________________________</w:t>
              <w:br/>
              <w:t>Email: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https://letter247-us.com/collection-agency-debt-validation-letter/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collection-agency-debt-validation-letter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