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CHARACTER REFERENCE LETTER FOR COURT</w:t>
      </w:r>
    </w:p>
    <w:p/>
    <w:p/>
    <w:p>
      <w:r>
        <w:rPr>
          <w:b w:val="0"/>
          <w:sz w:val="20"/>
        </w:rPr>
        <w:t>To Whom It May Concern,</w:t>
      </w:r>
    </w:p>
    <w:p/>
    <w:p>
      <w:r>
        <w:rPr>
          <w:b w:val="0"/>
          <w:sz w:val="20"/>
        </w:rPr>
        <w:t>I, the undersigned, hereby write this letter as a character reference for ____________________________________________________ (full name of the person the letter is about), whom I have known for ______________ years.</w:t>
      </w:r>
    </w:p>
    <w:p/>
    <w:p>
      <w:r>
        <w:rPr>
          <w:b/>
          <w:sz w:val="20"/>
        </w:rPr>
        <w:t>Referrer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Relationship to Subject: _______________________________________________</w:t>
      </w:r>
    </w:p>
    <w:p/>
    <w:p>
      <w:r>
        <w:rPr>
          <w:b/>
          <w:sz w:val="20"/>
        </w:rPr>
        <w:t>Background and Relationship:</w:t>
      </w:r>
    </w:p>
    <w:p>
      <w:r>
        <w:rPr>
          <w:b w:val="0"/>
          <w:sz w:val="20"/>
        </w:rPr>
        <w:t>I have had the opportunity to know ______________________________ (subject's name) in a personal and professional capacity. Over the years, I have observed their behavior, character, and values closely and can attest to their honesty, integrity, and responsibility.</w:t>
      </w:r>
    </w:p>
    <w:p/>
    <w:p>
      <w:r>
        <w:rPr>
          <w:b/>
          <w:sz w:val="20"/>
        </w:rPr>
        <w:t>Character Evaluation:</w:t>
      </w:r>
    </w:p>
    <w:p>
      <w:r>
        <w:rPr>
          <w:b w:val="0"/>
          <w:sz w:val="20"/>
        </w:rPr>
        <w:t>During the time I have known ______________________________, they have consistently demonstrated qualities such as reliability, kindness, and respectfulness. For example, _____________________________________________________________.</w:t>
      </w:r>
    </w:p>
    <w:p/>
    <w:p>
      <w:r>
        <w:rPr>
          <w:b w:val="0"/>
          <w:sz w:val="20"/>
        </w:rPr>
        <w:t>They maintain strong relationships with family, friends, and colleagues, and have always conducted themselves in a manner befitting a law-abiding and conscientious citizen.</w:t>
      </w:r>
    </w:p>
    <w:p/>
    <w:p>
      <w:r>
        <w:rPr>
          <w:b/>
          <w:sz w:val="20"/>
        </w:rPr>
        <w:t>Acknowledgement and Recommendation:</w:t>
      </w:r>
    </w:p>
    <w:p>
      <w:r>
        <w:rPr>
          <w:b w:val="0"/>
          <w:sz w:val="20"/>
        </w:rPr>
        <w:t>I understand the seriousness of the matter before the court involving ______________________________. While I do not condone any unlawful behavior, I ask that the court consider this character reference as evidence of their true nature and the positive aspects of their personality.</w:t>
      </w:r>
    </w:p>
    <w:p/>
    <w:p>
      <w:r>
        <w:rPr>
          <w:b w:val="0"/>
          <w:sz w:val="20"/>
        </w:rPr>
        <w:t>I respectfully request that the court take into account their good character and contributions to the community when rendering its decision.</w:t>
      </w:r>
    </w:p>
    <w:p/>
    <w:p>
      <w:r>
        <w:rPr>
          <w:b/>
          <w:sz w:val="20"/>
        </w:rPr>
        <w:t>Conclusion:</w:t>
      </w:r>
    </w:p>
    <w:p>
      <w:r>
        <w:rPr>
          <w:b w:val="0"/>
          <w:sz w:val="20"/>
        </w:rPr>
        <w:t>In closing, I affirm under penalty of perjury under the laws of the United States of America that the foregoing is true and correct to the best of my knowledge and belief.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____________________________________________________</w:t>
      </w:r>
    </w:p>
    <w:p>
      <w:r>
        <w:rPr>
          <w:b w:val="0"/>
          <w:sz w:val="20"/>
        </w:rPr>
        <w:t>Signature of Referrer</w:t>
      </w:r>
    </w:p>
    <w:p>
      <w:r>
        <w:rPr>
          <w:b w:val="0"/>
          <w:sz w:val="20"/>
        </w:rPr>
        <w:t>Date: _______________</w:t>
      </w:r>
    </w:p>
    <w:p/>
    <w:p/>
    <w:p>
      <w:r>
        <w:rPr>
          <w:b/>
          <w:sz w:val="20"/>
        </w:rPr>
        <w:t>Witnessed by: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Signature: _____________________________________________________________</w:t>
      </w:r>
    </w:p>
    <w:p>
      <w:r>
        <w:rPr>
          <w:b w:val="0"/>
          <w:sz w:val="20"/>
        </w:rPr>
        <w:t>Date: 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Referrer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Witness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https://letter247-us.com/character-reference-letter-for-court/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character-reference-letter-for-court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