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CAR ALLOWANCE LETTER</w:t>
      </w:r>
    </w:p>
    <w:p/>
    <w:p/>
    <w:p>
      <w:r>
        <w:rPr>
          <w:b/>
          <w:sz w:val="20"/>
        </w:rPr>
        <w:t>Employer Information:</w:t>
      </w:r>
    </w:p>
    <w:p>
      <w:r>
        <w:rPr>
          <w:b w:val="0"/>
          <w:sz w:val="20"/>
        </w:rPr>
        <w:t>Company Name: 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Employee Information:</w:t>
      </w:r>
    </w:p>
    <w:p>
      <w:r>
        <w:rPr>
          <w:b w:val="0"/>
          <w:sz w:val="20"/>
        </w:rPr>
        <w:t>Full Name: ____________________________________________________________</w:t>
      </w:r>
    </w:p>
    <w:p>
      <w:r>
        <w:rPr>
          <w:b w:val="0"/>
          <w:sz w:val="20"/>
        </w:rPr>
        <w:t>Job Title: ____________________________________________________________</w:t>
      </w:r>
    </w:p>
    <w:p>
      <w:r>
        <w:rPr>
          <w:b w:val="0"/>
          <w:sz w:val="20"/>
        </w:rPr>
        <w:t>Department: ___________________________________________________________</w:t>
      </w:r>
    </w:p>
    <w:p>
      <w:r>
        <w:rPr>
          <w:b w:val="0"/>
          <w:sz w:val="20"/>
        </w:rPr>
        <w:t>Address: _____________________________________________________________</w:t>
      </w:r>
    </w:p>
    <w:p/>
    <w:p/>
    <w:p>
      <w:r>
        <w:rPr>
          <w:b w:val="0"/>
          <w:sz w:val="20"/>
        </w:rPr>
        <w:t>Dear Employee,</w:t>
      </w:r>
    </w:p>
    <w:p/>
    <w:p>
      <w:r>
        <w:rPr>
          <w:b w:val="0"/>
          <w:sz w:val="20"/>
        </w:rPr>
        <w:t>This letter sets forth the terms and conditions under which the Company provides you with a car allowance. The purpose of this allowance is to assist with the expenses related to the use and maintenance of your personal vehicle while performing company business.</w:t>
      </w:r>
    </w:p>
    <w:p/>
    <w:p>
      <w:r>
        <w:rPr>
          <w:b/>
          <w:sz w:val="20"/>
        </w:rPr>
        <w:t>1. Car Allowance Details</w:t>
      </w:r>
    </w:p>
    <w:p>
      <w:r>
        <w:rPr>
          <w:b/>
          <w:sz w:val="20"/>
        </w:rPr>
        <w:t>1.1 Amount:</w:t>
      </w:r>
    </w:p>
    <w:p>
      <w:r>
        <w:rPr>
          <w:b w:val="0"/>
          <w:sz w:val="20"/>
        </w:rPr>
        <w:t>The Company agrees to provide you with a monthly car allowance in the amount of $________________. This amount shall be paid as part of your regular payroll.</w:t>
      </w:r>
    </w:p>
    <w:p/>
    <w:p>
      <w:r>
        <w:rPr>
          <w:b/>
          <w:sz w:val="20"/>
        </w:rPr>
        <w:t>1.2 Purpose:</w:t>
      </w:r>
    </w:p>
    <w:p>
      <w:r>
        <w:rPr>
          <w:b w:val="0"/>
          <w:sz w:val="20"/>
        </w:rPr>
        <w:t>This allowance is intended to cover expenses including, but not limited to, fuel, maintenance, insurance, registration, and depreciation of your personal vehicle used for business purposes.</w:t>
      </w:r>
    </w:p>
    <w:p/>
    <w:p>
      <w:r>
        <w:rPr>
          <w:b/>
          <w:sz w:val="20"/>
        </w:rPr>
        <w:t>1.3 Tax Treatment:</w:t>
      </w:r>
    </w:p>
    <w:p>
      <w:r>
        <w:rPr>
          <w:b w:val="0"/>
          <w:sz w:val="20"/>
        </w:rPr>
        <w:t>You acknowledge that the car allowance is considered taxable income and will be reported accordingly on your W-2 form. It is your responsibility to pay any applicable taxes related to this allowance.</w:t>
      </w:r>
    </w:p>
    <w:p/>
    <w:p>
      <w:r>
        <w:rPr>
          <w:b/>
          <w:sz w:val="20"/>
        </w:rPr>
        <w:t>2. Use of Vehicle</w:t>
      </w:r>
    </w:p>
    <w:p>
      <w:r>
        <w:rPr>
          <w:b/>
          <w:sz w:val="20"/>
        </w:rPr>
        <w:t>2.1 Business Use:</w:t>
      </w:r>
    </w:p>
    <w:p>
      <w:r>
        <w:rPr>
          <w:b w:val="0"/>
          <w:sz w:val="20"/>
        </w:rPr>
        <w:t>You agree to use your personal vehicle for business purposes as reasonably required by the Company. All expenses incurred beyond the car allowance related to business use are your responsibility unless otherwise agreed in writing.</w:t>
      </w:r>
    </w:p>
    <w:p/>
    <w:p>
      <w:r>
        <w:rPr>
          <w:b/>
          <w:sz w:val="20"/>
        </w:rPr>
        <w:t>2.2 Insurance:</w:t>
      </w:r>
    </w:p>
    <w:p>
      <w:r>
        <w:rPr>
          <w:b w:val="0"/>
          <w:sz w:val="20"/>
        </w:rPr>
        <w:t>You must maintain valid and adequate automobile insurance covering your vehicle at all times. The Company shall not be liable for any damages, losses, or liabilities arising from your use of your personal vehicle.</w:t>
      </w:r>
    </w:p>
    <w:p/>
    <w:p>
      <w:r>
        <w:rPr>
          <w:b/>
          <w:sz w:val="20"/>
        </w:rPr>
        <w:t>3. Employee Responsibilities</w:t>
      </w:r>
    </w:p>
    <w:p>
      <w:r>
        <w:rPr>
          <w:b/>
          <w:sz w:val="20"/>
        </w:rPr>
        <w:t>3.1 Compliance:</w:t>
      </w:r>
    </w:p>
    <w:p>
      <w:r>
        <w:rPr>
          <w:b w:val="0"/>
          <w:sz w:val="20"/>
        </w:rPr>
        <w:t>You agree to comply with all applicable laws and regulations related to the operation and maintenance of your vehicle.</w:t>
      </w:r>
    </w:p>
    <w:p/>
    <w:p>
      <w:r>
        <w:rPr>
          <w:b/>
          <w:sz w:val="20"/>
        </w:rPr>
        <w:t>3.2 Reporting:</w:t>
      </w:r>
    </w:p>
    <w:p>
      <w:r>
        <w:rPr>
          <w:b w:val="0"/>
          <w:sz w:val="20"/>
        </w:rPr>
        <w:t>You shall promptly notify the Company of any changes that may affect your eligibility for the car allowance, including changes to your driving status or insurance coverage.</w:t>
      </w:r>
    </w:p>
    <w:p/>
    <w:p>
      <w:r>
        <w:rPr>
          <w:b/>
          <w:sz w:val="20"/>
        </w:rPr>
        <w:t>4. Termination of Allowance</w:t>
      </w:r>
    </w:p>
    <w:p>
      <w:r>
        <w:rPr>
          <w:b w:val="0"/>
          <w:sz w:val="20"/>
        </w:rPr>
        <w:t>The Company reserves the right to modify or terminate the car allowance at any time, with or without cause, upon providing written notice to you. Upon termination, no further payments shall be made beyond the date of termination.</w:t>
      </w:r>
    </w:p>
    <w:p/>
    <w:p>
      <w:r>
        <w:rPr>
          <w:b/>
          <w:sz w:val="20"/>
        </w:rPr>
        <w:t>5. Indemnification</w:t>
      </w:r>
    </w:p>
    <w:p>
      <w:r>
        <w:rPr>
          <w:b w:val="0"/>
          <w:sz w:val="20"/>
        </w:rPr>
        <w:t>You agree to indemnify, defend, and hold harmless the Company and its affiliates, officers, employees, and agents from and against any claims, damages, liabilities, costs, or expenses arising out of or related to your use of your personal vehicle in connection with your employment.</w:t>
      </w:r>
    </w:p>
    <w:p/>
    <w:p>
      <w:r>
        <w:rPr>
          <w:b/>
          <w:sz w:val="20"/>
        </w:rPr>
        <w:t>6. Entire Agreement</w:t>
      </w:r>
    </w:p>
    <w:p>
      <w:r>
        <w:rPr>
          <w:b w:val="0"/>
          <w:sz w:val="20"/>
        </w:rPr>
        <w:t>This letter constitutes the entire agreement between you and the Company regarding the car allowance and supersedes all prior agreements, understandings, and communications, whether written or oral, relating to this subject matter.</w:t>
      </w:r>
    </w:p>
    <w:p/>
    <w:p>
      <w:r>
        <w:rPr>
          <w:b/>
          <w:sz w:val="20"/>
        </w:rPr>
        <w:t>7. Governing Law</w:t>
      </w:r>
    </w:p>
    <w:p>
      <w:r>
        <w:rPr>
          <w:b w:val="0"/>
          <w:sz w:val="20"/>
        </w:rPr>
        <w:t>This agreement shall be governed by and construed in accordance with the laws of the United States and the applicable state law without regard to any conflict of law principles.</w:t>
      </w:r>
    </w:p>
    <w:p/>
    <w:p/>
    <w:p>
      <w:r>
        <w:rPr>
          <w:b/>
          <w:sz w:val="20"/>
        </w:rPr>
        <w:t>Please acknowledge your understanding and acceptance of the terms of this car allowance by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Name/Title: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https://letter247-us.com/car-allowance-letter-to-employee/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car-allowance-letter-to-employee/"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