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BUSINESS TERMINATION LETTER</w:t>
      </w:r>
    </w:p>
    <w:p/>
    <w:p/>
    <w:p>
      <w:r>
        <w:rPr>
          <w:b/>
          <w:sz w:val="20"/>
        </w:rPr>
        <w:t>Sender Information:</w:t>
      </w:r>
    </w:p>
    <w:p>
      <w:r>
        <w:rPr>
          <w:b w:val="0"/>
          <w:sz w:val="20"/>
        </w:rPr>
        <w:t>Business Name: ____________________________________________________________</w:t>
      </w:r>
    </w:p>
    <w:p>
      <w:r>
        <w:rPr>
          <w:b w:val="0"/>
          <w:sz w:val="20"/>
        </w:rPr>
        <w:t>Owner/Authorized Representative: ___________________________________________</w:t>
      </w:r>
    </w:p>
    <w:p>
      <w:r>
        <w:rPr>
          <w:b w:val="0"/>
          <w:sz w:val="20"/>
        </w:rPr>
        <w:t>Address: _________________________________________________________________</w:t>
      </w:r>
    </w:p>
    <w:p>
      <w:r>
        <w:rPr>
          <w:b w:val="0"/>
          <w:sz w:val="20"/>
        </w:rPr>
        <w:t>City, State, Zip Code: 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Recipient Information:</w:t>
      </w:r>
    </w:p>
    <w:p>
      <w:r>
        <w:rPr>
          <w:b w:val="0"/>
          <w:sz w:val="20"/>
        </w:rPr>
        <w:t>Business Name (if applicable): _____________________________________________</w:t>
      </w:r>
    </w:p>
    <w:p>
      <w:r>
        <w:rPr>
          <w:b w:val="0"/>
          <w:sz w:val="20"/>
        </w:rPr>
        <w:t>Contact Person: ___________________________________________________________</w:t>
      </w:r>
    </w:p>
    <w:p>
      <w:r>
        <w:rPr>
          <w:b w:val="0"/>
          <w:sz w:val="20"/>
        </w:rPr>
        <w:t>Address: _________________________________________________________________</w:t>
      </w:r>
    </w:p>
    <w:p>
      <w:r>
        <w:rPr>
          <w:b w:val="0"/>
          <w:sz w:val="20"/>
        </w:rPr>
        <w:t>City, State, Zip Code: ____________________________________________________</w:t>
      </w:r>
    </w:p>
    <w:p/>
    <w:p>
      <w:r>
        <w:rPr>
          <w:b/>
          <w:sz w:val="20"/>
        </w:rPr>
        <w:t>Subject: Notice of Business Termination</w:t>
      </w:r>
    </w:p>
    <w:p/>
    <w:p/>
    <w:p>
      <w:r>
        <w:rPr>
          <w:b w:val="0"/>
          <w:sz w:val="20"/>
        </w:rPr>
        <w:t>Dear Sir or Madam,</w:t>
      </w:r>
    </w:p>
    <w:p/>
    <w:p>
      <w:r>
        <w:rPr>
          <w:b w:val="0"/>
          <w:sz w:val="20"/>
        </w:rPr>
        <w:t>This letter serves as formal notice of the termination of all business operations conducted by the undersigned business entity. The decision to cease operations has been made in accordance with all applicable laws, contractual obligations, and regulatory requirements.</w:t>
      </w:r>
    </w:p>
    <w:p/>
    <w:p>
      <w:r>
        <w:rPr>
          <w:b w:val="0"/>
          <w:sz w:val="20"/>
        </w:rPr>
        <w:t>All business activities will be discontinued effective from the date specified herein. The undersigned assures that all necessary measures will be taken to wind down operations in an orderly and lawful manner.</w:t>
      </w:r>
    </w:p>
    <w:p/>
    <w:p>
      <w:r>
        <w:rPr>
          <w:b w:val="0"/>
          <w:sz w:val="20"/>
        </w:rPr>
        <w:t>The undersigned commits to fulfilling all outstanding obligations, including but not limited to payment of debts, delivery of goods or services contracted prior to termination, and resolution of any pending disputes or claims.</w:t>
      </w:r>
    </w:p>
    <w:p/>
    <w:p>
      <w:r>
        <w:rPr>
          <w:b w:val="0"/>
          <w:sz w:val="20"/>
        </w:rPr>
        <w:t>Any property, equipment, or materials belonging to third parties shall be returned or otherwise disposed of in accordance with applicable agreements and laws.</w:t>
      </w:r>
    </w:p>
    <w:p/>
    <w:p>
      <w:r>
        <w:rPr>
          <w:b w:val="0"/>
          <w:sz w:val="20"/>
        </w:rPr>
        <w:t>Appropriate notifications will be made to all relevant partners, clients, suppliers, and governmental authorities as required by law and contractual obligations to ensure compliance and transparency.</w:t>
      </w:r>
    </w:p>
    <w:p/>
    <w:p>
      <w:r>
        <w:rPr>
          <w:b w:val="0"/>
          <w:sz w:val="20"/>
        </w:rPr>
        <w:t>The undersigned certifies that the termination of business operations will comply with all federal, state, and local laws and regulations, and that all liabilities and responsibilities incurred prior to termination will be addressed in full.</w:t>
      </w:r>
    </w:p>
    <w:p/>
    <w:p>
      <w:r>
        <w:rPr>
          <w:b w:val="0"/>
          <w:sz w:val="20"/>
        </w:rPr>
        <w:t>For any questions, clarifications, or further communications regarding this business termination, please contact the undersigned at the information provided above.</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Signatory</w:t>
            </w:r>
          </w:p>
        </w:tc>
        <w:tc>
          <w:tcPr>
            <w:tcW w:type="dxa" w:w="4986"/>
            <w:tcBorders>
              <w:top w:val="nil"/>
              <w:left w:val="nil"/>
              <w:bottom w:val="nil"/>
              <w:right w:val="nil"/>
              <w:insideH w:val="nil"/>
              <w:insideV w:val="nil"/>
            </w:tcBorders>
          </w:tcPr>
          <w:p>
            <w:pPr>
              <w:jc w:val="center"/>
            </w:pPr>
            <w:r>
              <w:t>Witness (if applicable)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w:t>
            </w:r>
          </w:p>
        </w:tc>
        <w:tc>
          <w:tcPr>
            <w:tcW w:type="dxa" w:w="4986"/>
            <w:tcBorders>
              <w:top w:val="nil"/>
              <w:left w:val="nil"/>
              <w:bottom w:val="nil"/>
              <w:right w:val="nil"/>
              <w:insideH w:val="nil"/>
              <w:insideV w:val="nil"/>
            </w:tcBorders>
          </w:tcPr>
          <w:p>
            <w:pPr>
              <w:jc w:val="center"/>
            </w:pPr>
            <w:r>
              <w:t>Name and Title: _____________________________</w:t>
            </w:r>
          </w:p>
        </w:tc>
      </w:tr>
    </w:tbl>
    <w:p/>
    <w:p/>
    <w:p>
      <w:r>
        <w:rPr>
          <w:b w:val="0"/>
          <w:sz w:val="20"/>
        </w:rPr>
        <w:t>Place of Signing: ___________________________________________</w:t>
      </w:r>
    </w:p>
    <w:p>
      <w:r>
        <w:rPr>
          <w:b w:val="0"/>
          <w:sz w:val="20"/>
        </w:rPr>
        <w:t>Date of Signing: ____________________________________________</w:t>
      </w:r>
    </w:p>
    <w:p/>
    <w:p/>
    <w:p>
      <w:r>
        <w:rPr>
          <w:b/>
          <w:sz w:val="20"/>
        </w:rPr>
        <w:t>Legal Disclaimer:</w:t>
      </w:r>
    </w:p>
    <w:p>
      <w:r>
        <w:rPr>
          <w:b w:val="0"/>
          <w:sz w:val="20"/>
        </w:rPr>
        <w:t>This Business Termination Letter is intended to serve as a legally binding notice under United States law. It is recommended that both parties seek independent legal counsel to review all obligations and consequences arising from this termination.</w:t>
      </w:r>
    </w:p>
    <w:p/>
    <w:p>
      <w:r>
        <w:br w:type="page"/>
      </w:r>
    </w:p>
    <w:p>
      <w:pPr>
        <w:jc w:val="center"/>
      </w:pPr>
      <w:r>
        <w:rPr>
          <w:color w:val="555555"/>
          <w:sz w:val="24"/>
        </w:rPr>
        <w:t>Original source of this document:</w:t>
      </w:r>
    </w:p>
    <w:p>
      <w:pPr>
        <w:jc w:val="center"/>
      </w:pPr>
      <w:hyperlink r:id="rId9">
        <w:r>
          <w:rPr>
            <w:color w:val="0000FF"/>
            <w:u w:val="single"/>
          </w:rPr>
          <w:t>https://letter247-us.com/business-termination-letter/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business-termination-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