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OFFICIAL ATTENDANCE LETTER TO PARENTS/GUARDIANS</w:t>
      </w:r>
    </w:p>
    <w:p/>
    <w:p>
      <w:r>
        <w:rPr>
          <w:b w:val="0"/>
          <w:sz w:val="20"/>
        </w:rPr>
        <w:t>School Name: _____________________________________________</w:t>
      </w:r>
    </w:p>
    <w:p>
      <w:r>
        <w:rPr>
          <w:b w:val="0"/>
          <w:sz w:val="20"/>
        </w:rPr>
        <w:t>School Address: __________________________________________</w:t>
      </w:r>
    </w:p>
    <w:p>
      <w:r>
        <w:rPr>
          <w:b w:val="0"/>
          <w:sz w:val="20"/>
        </w:rPr>
        <w:t>Phone: _________________________________________________</w:t>
      </w:r>
    </w:p>
    <w:p>
      <w:r>
        <w:rPr>
          <w:b w:val="0"/>
          <w:sz w:val="20"/>
        </w:rPr>
        <w:t>Email: _________________________________________________</w:t>
      </w:r>
    </w:p>
    <w:p/>
    <w:p/>
    <w:p>
      <w:r>
        <w:rPr>
          <w:b/>
          <w:sz w:val="20"/>
        </w:rPr>
        <w:t>To the Parents/Guardians of:</w:t>
      </w:r>
    </w:p>
    <w:p>
      <w:r>
        <w:rPr>
          <w:b w:val="0"/>
          <w:sz w:val="20"/>
        </w:rPr>
        <w:t>Student Name: ___________________________________________</w:t>
      </w:r>
    </w:p>
    <w:p>
      <w:r>
        <w:rPr>
          <w:b w:val="0"/>
          <w:sz w:val="20"/>
        </w:rPr>
        <w:t>Grade/Class: ____________________________________________</w:t>
      </w:r>
    </w:p>
    <w:p>
      <w:r>
        <w:rPr>
          <w:b w:val="0"/>
          <w:sz w:val="20"/>
        </w:rPr>
        <w:t>Student ID (if applicable): ______________________________</w:t>
      </w:r>
    </w:p>
    <w:p/>
    <w:p/>
    <w:p>
      <w:pPr>
        <w:jc w:val="center"/>
      </w:pPr>
      <w:r>
        <w:rPr>
          <w:b/>
          <w:sz w:val="20"/>
        </w:rPr>
        <w:t>Subject: Official Attendance Notification</w:t>
      </w:r>
    </w:p>
    <w:p/>
    <w:p>
      <w:r>
        <w:rPr>
          <w:b w:val="0"/>
          <w:sz w:val="20"/>
        </w:rPr>
        <w:t>Dear Parent(s)/Guardian(s),</w:t>
      </w:r>
    </w:p>
    <w:p/>
    <w:p>
      <w:r>
        <w:rPr>
          <w:b w:val="0"/>
          <w:sz w:val="20"/>
        </w:rPr>
        <w:t>This letter is to formally notify you of your child’s attendance record at [School Name]. Regular attendance is vital to your child’s academic success and social development. We appreciate your cooperation in ensuring that your child attends school consistently.</w:t>
      </w:r>
    </w:p>
    <w:p/>
    <w:p>
      <w:r>
        <w:rPr>
          <w:b/>
          <w:sz w:val="22"/>
        </w:rPr>
        <w:t>Attendance Summary:</w:t>
      </w:r>
    </w:p>
    <w:p>
      <w:r>
        <w:rPr>
          <w:b w:val="0"/>
          <w:sz w:val="20"/>
        </w:rPr>
        <w:t>Total School Days in the Period: __________________________</w:t>
      </w:r>
    </w:p>
    <w:p>
      <w:r>
        <w:rPr>
          <w:b w:val="0"/>
          <w:sz w:val="20"/>
        </w:rPr>
        <w:t>Days Attended by Student: _________________________________</w:t>
      </w:r>
    </w:p>
    <w:p>
      <w:r>
        <w:rPr>
          <w:b w:val="0"/>
          <w:sz w:val="20"/>
        </w:rPr>
        <w:t>Days Absent: ____________________________________________</w:t>
      </w:r>
    </w:p>
    <w:p>
      <w:r>
        <w:rPr>
          <w:b w:val="0"/>
          <w:sz w:val="20"/>
        </w:rPr>
        <w:t>Days Tardy (Late Arrivals): _______________________________</w:t>
      </w:r>
    </w:p>
    <w:p/>
    <w:p>
      <w:r>
        <w:rPr>
          <w:b/>
          <w:sz w:val="22"/>
        </w:rPr>
        <w:t>Attendance Policy Reminder:</w:t>
      </w:r>
    </w:p>
    <w:p>
      <w:r>
        <w:rPr>
          <w:b w:val="0"/>
          <w:sz w:val="20"/>
        </w:rPr>
        <w:t>According to [School Name]’s Attendance Policy, students are expected to attend school every day unless excused for valid reasons such as illness or family emergencies. Excessive absences or tardiness may result in academic penalties, mandatory meetings with school counselors or administrators, and potential referral to the appropriate authorities in compliance with state compulsory attendance laws.</w:t>
      </w:r>
    </w:p>
    <w:p/>
    <w:p>
      <w:r>
        <w:rPr>
          <w:b/>
          <w:sz w:val="22"/>
        </w:rPr>
        <w:t>Required Action:</w:t>
      </w:r>
    </w:p>
    <w:p>
      <w:r>
        <w:rPr>
          <w:b w:val="0"/>
          <w:sz w:val="20"/>
        </w:rPr>
        <w:t>If your child has been absent or tardy due to illness or other excusable circumstances, please provide appropriate documentation such as medical notes or legal excuse forms within five (5) school days of return. Failure to provide documentation may result in the absences being marked as unexcused.</w:t>
      </w:r>
    </w:p>
    <w:p/>
    <w:p>
      <w:r>
        <w:rPr>
          <w:b w:val="0"/>
          <w:sz w:val="20"/>
        </w:rPr>
        <w:t>If you believe there has been an error in this attendance record, please contact the school attendance office immediately to discuss and resolve the matter.</w:t>
      </w:r>
    </w:p>
    <w:p/>
    <w:p>
      <w:r>
        <w:rPr>
          <w:b/>
          <w:sz w:val="22"/>
        </w:rPr>
        <w:t>Consequences of Continued Absences/Tardiness:</w:t>
      </w:r>
    </w:p>
    <w:p>
      <w:r>
        <w:rPr>
          <w:b w:val="0"/>
          <w:sz w:val="20"/>
        </w:rPr>
        <w:t>Unexcused absences or excessive tardiness beyond what is allowed by law and school policy may lead to: 1) Academic consequences including loss of credit, 2) Parent/guardian meetings with school officials, 3) Referrals to child welfare or truancy officials as required under applicable State of [State Name] laws.</w:t>
      </w:r>
    </w:p>
    <w:p/>
    <w:p>
      <w:r>
        <w:rPr>
          <w:b/>
          <w:sz w:val="22"/>
        </w:rPr>
        <w:t>Support and Resources:</w:t>
      </w:r>
    </w:p>
    <w:p>
      <w:r>
        <w:rPr>
          <w:b w:val="0"/>
          <w:sz w:val="20"/>
        </w:rPr>
        <w:t>We encourage families facing difficulties that impact attendance to reach out to the school for support. Our counselors and attendance officers are available to assist with problem-solving and connecting families with appropriate community resources.</w:t>
      </w:r>
    </w:p>
    <w:p/>
    <w:p/>
    <w:p>
      <w:r>
        <w:rPr>
          <w:b w:val="0"/>
          <w:sz w:val="20"/>
        </w:rPr>
        <w:t>Thank you for your prompt attention to this important matter. Your partnership in promoting consistent school attendance is essential to your child’s educational development and success.</w:t>
      </w:r>
    </w:p>
    <w:p/>
    <w:p/>
    <w:p/>
    <w:p>
      <w:r>
        <w:rPr>
          <w:b w:val="0"/>
          <w:sz w:val="20"/>
        </w:rPr>
        <w:t>Sincerely,</w:t>
      </w:r>
    </w:p>
    <w:p/>
    <w:p/>
    <w:p/>
    <w:p>
      <w:r>
        <w:rPr>
          <w:b w:val="0"/>
          <w:sz w:val="20"/>
        </w:rPr>
        <w:t>_____________________________</w:t>
      </w:r>
    </w:p>
    <w:p>
      <w:r>
        <w:rPr>
          <w:b w:val="0"/>
          <w:sz w:val="20"/>
        </w:rPr>
        <w:t>School Principal / Authorized Official</w:t>
      </w:r>
    </w:p>
    <w:p/>
    <w:p/>
    <w:p>
      <w:r>
        <w:rPr>
          <w:b w:val="0"/>
          <w:sz w:val="20"/>
        </w:rPr>
        <w:t>_____________________________</w:t>
      </w:r>
    </w:p>
    <w:p>
      <w:r>
        <w:rPr>
          <w:b w:val="0"/>
          <w:sz w:val="20"/>
        </w:rPr>
        <w:t>Attendance Officer / School Registrar</w:t>
      </w:r>
    </w:p>
    <w:p/>
    <w:p/>
    <w:p/>
    <w:p>
      <w:r>
        <w:rPr>
          <w:b/>
          <w:sz w:val="20"/>
        </w:rPr>
        <w:t>Acknowledgment by Parent/Guardian:</w:t>
      </w:r>
    </w:p>
    <w:p>
      <w:r>
        <w:rPr>
          <w:b w:val="0"/>
          <w:sz w:val="20"/>
        </w:rPr>
        <w:t>I, the undersigned, acknowledge receipt of this attendance letter and understand its contents.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PARENT/GUARDIAN</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_____________________________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 source of this document:</w:t>
      </w:r>
    </w:p>
    <w:p>
      <w:pPr>
        <w:jc w:val="center"/>
      </w:pPr>
      <w:hyperlink r:id="rId9">
        <w:r>
          <w:rPr>
            <w:color w:val="0000FF"/>
            <w:u w:val="single"/>
          </w:rPr>
          <w:t>https://letter247-us.com/attendance-letter-to-parents/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attendance-letter-to-parents/"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