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ADDRESS VERIFICATION LETTER</w:t>
      </w:r>
    </w:p>
    <w:p/>
    <w:p/>
    <w:p>
      <w:r>
        <w:rPr>
          <w:b w:val="0"/>
          <w:sz w:val="20"/>
        </w:rPr>
        <w:t>To Whom It May Concern:</w:t>
      </w:r>
    </w:p>
    <w:p/>
    <w:p>
      <w:r>
        <w:rPr>
          <w:b w:val="0"/>
          <w:sz w:val="20"/>
        </w:rPr>
        <w:t>This letter serves as official verification of the residential address of the individual named below. The undersigned hereby certifies that the information provided is accurate and true to the best of their knowledge.</w:t>
      </w:r>
    </w:p>
    <w:p/>
    <w:p/>
    <w:p>
      <w:r>
        <w:rPr>
          <w:b/>
          <w:sz w:val="22"/>
        </w:rPr>
        <w:t>1. Individual Information</w:t>
      </w:r>
    </w:p>
    <w:p>
      <w:r>
        <w:rPr>
          <w:b w:val="0"/>
          <w:sz w:val="20"/>
        </w:rPr>
        <w:t>Full Legal Name: ____________________________________________________________</w:t>
      </w:r>
    </w:p>
    <w:p>
      <w:r>
        <w:rPr>
          <w:b w:val="0"/>
          <w:sz w:val="20"/>
        </w:rPr>
        <w:t>Date of Birth: _______________________________________________________________</w:t>
      </w:r>
    </w:p>
    <w:p>
      <w:r>
        <w:rPr>
          <w:b w:val="0"/>
          <w:sz w:val="20"/>
        </w:rPr>
        <w:t>Social Security Number (last four digits): _____________________________________</w:t>
      </w:r>
    </w:p>
    <w:p>
      <w:r>
        <w:rPr>
          <w:b w:val="0"/>
          <w:sz w:val="20"/>
        </w:rPr>
        <w:t>Contact Phone Number: _______________________________________________________</w:t>
      </w:r>
    </w:p>
    <w:p>
      <w:r>
        <w:rPr>
          <w:b w:val="0"/>
          <w:sz w:val="20"/>
        </w:rPr>
        <w:t>Email Address: _______________________________________________________________</w:t>
      </w:r>
    </w:p>
    <w:p/>
    <w:p>
      <w:r>
        <w:rPr>
          <w:b/>
          <w:sz w:val="22"/>
        </w:rPr>
        <w:t>2. Verified Residential Address</w:t>
      </w:r>
    </w:p>
    <w:p>
      <w:r>
        <w:rPr>
          <w:b w:val="0"/>
          <w:sz w:val="20"/>
        </w:rPr>
        <w:t>Street Address: ______________________________________________________________</w:t>
      </w:r>
    </w:p>
    <w:p>
      <w:r>
        <w:rPr>
          <w:b w:val="0"/>
          <w:sz w:val="20"/>
        </w:rPr>
        <w:t>Apartment/Unit Number (if applicable): ________________________________________</w:t>
      </w:r>
    </w:p>
    <w:p>
      <w:r>
        <w:rPr>
          <w:b w:val="0"/>
          <w:sz w:val="20"/>
        </w:rPr>
        <w:t>City: _______________________________________________________________________</w:t>
      </w:r>
    </w:p>
    <w:p>
      <w:r>
        <w:rPr>
          <w:b w:val="0"/>
          <w:sz w:val="20"/>
        </w:rPr>
        <w:t>State: ______________________________________________________________________</w:t>
      </w:r>
    </w:p>
    <w:p>
      <w:r>
        <w:rPr>
          <w:b w:val="0"/>
          <w:sz w:val="20"/>
        </w:rPr>
        <w:t>ZIP Code: ___________________________________________________________________</w:t>
      </w:r>
    </w:p>
    <w:p/>
    <w:p>
      <w:r>
        <w:rPr>
          <w:b/>
          <w:sz w:val="22"/>
        </w:rPr>
        <w:t>3. Verification Statement</w:t>
      </w:r>
    </w:p>
    <w:p>
      <w:r>
        <w:rPr>
          <w:b w:val="0"/>
          <w:sz w:val="20"/>
        </w:rPr>
        <w:t>I, the undersigned, hereby attest that the above-named individual resides at the address stated above. This verification is made for the purpose of confirming residency in accordance with applicable United States laws and regulations. This letter is provided without any warranty, expressed or implied, and is subject to verification by authorized parties.</w:t>
      </w:r>
    </w:p>
    <w:p/>
    <w:p>
      <w:r>
        <w:rPr>
          <w:b/>
          <w:sz w:val="22"/>
        </w:rPr>
        <w:t>4. Methodology of Verification</w:t>
      </w:r>
    </w:p>
    <w:p>
      <w:r>
        <w:rPr>
          <w:b w:val="0"/>
          <w:sz w:val="20"/>
        </w:rPr>
        <w:t>The address verification was conducted through the following means (check all that apply):</w:t>
      </w:r>
    </w:p>
    <w:p>
      <w:r>
        <w:rPr>
          <w:b w:val="0"/>
          <w:sz w:val="20"/>
        </w:rPr>
        <w:t>☐ Personal interview or visit to the residence</w:t>
      </w:r>
    </w:p>
    <w:p>
      <w:r>
        <w:rPr>
          <w:b w:val="0"/>
          <w:sz w:val="20"/>
        </w:rPr>
        <w:t>☐ Review of government-issued identification documents</w:t>
      </w:r>
    </w:p>
    <w:p>
      <w:r>
        <w:rPr>
          <w:b w:val="0"/>
          <w:sz w:val="20"/>
        </w:rPr>
        <w:t>☐ Review of utility bills or other official correspondence addressed to the individual</w:t>
      </w:r>
    </w:p>
    <w:p>
      <w:r>
        <w:rPr>
          <w:b w:val="0"/>
          <w:sz w:val="20"/>
        </w:rPr>
        <w:t>☐ Confirmation from property owner or landlord</w:t>
      </w:r>
    </w:p>
    <w:p>
      <w:r>
        <w:rPr>
          <w:b w:val="0"/>
          <w:sz w:val="20"/>
        </w:rPr>
        <w:t>☐ Other (please specify): ______________________________________________________</w:t>
      </w:r>
    </w:p>
    <w:p/>
    <w:p>
      <w:r>
        <w:rPr>
          <w:b/>
          <w:sz w:val="22"/>
        </w:rPr>
        <w:t>5. Authorized Verifier Information</w:t>
      </w:r>
    </w:p>
    <w:p>
      <w:r>
        <w:rPr>
          <w:b w:val="0"/>
          <w:sz w:val="20"/>
        </w:rPr>
        <w:t>Verifier's Full Name: _________________________________________________________</w:t>
      </w:r>
    </w:p>
    <w:p>
      <w:r>
        <w:rPr>
          <w:b w:val="0"/>
          <w:sz w:val="20"/>
        </w:rPr>
        <w:t>Verifier's Title/Position: _____________________________________________________</w:t>
      </w:r>
    </w:p>
    <w:p>
      <w:r>
        <w:rPr>
          <w:b w:val="0"/>
          <w:sz w:val="20"/>
        </w:rPr>
        <w:t>Organization/Company Name: _________________________________________________</w:t>
      </w:r>
    </w:p>
    <w:p>
      <w:r>
        <w:rPr>
          <w:b w:val="0"/>
          <w:sz w:val="20"/>
        </w:rPr>
        <w:t>Contact Phone Number: _______________________________________________________</w:t>
      </w:r>
    </w:p>
    <w:p>
      <w:r>
        <w:rPr>
          <w:b w:val="0"/>
          <w:sz w:val="20"/>
        </w:rPr>
        <w:t>Email Address: _______________________________________________________________</w:t>
      </w:r>
    </w:p>
    <w:p/>
    <w:p>
      <w:r>
        <w:rPr>
          <w:b/>
          <w:sz w:val="22"/>
        </w:rPr>
        <w:t>6. Terms and Conditions</w:t>
      </w:r>
    </w:p>
    <w:p>
      <w:r>
        <w:rPr>
          <w:b w:val="0"/>
          <w:sz w:val="20"/>
        </w:rPr>
        <w:t>This letter is issued solely for the purpose of verifying the address of the individual named herein. It is not a guarantee of identity or any other personal information beyond residence. The recipient of this letter agrees to use the information herein solely for lawful purposes and in compliance with federal, state, and local laws.</w:t>
      </w:r>
    </w:p>
    <w:p/>
    <w:p>
      <w:r>
        <w:rPr>
          <w:b/>
          <w:sz w:val="22"/>
        </w:rPr>
        <w:t>7. Legal Disclaimer</w:t>
      </w:r>
    </w:p>
    <w:p>
      <w:r>
        <w:rPr>
          <w:b w:val="0"/>
          <w:sz w:val="20"/>
        </w:rPr>
        <w:t>The authorized verifier assumes no liability for any damages or losses arising from any reliance on this letter beyond the scope of address verification. This letter does not establish any contractual relationship between the verifier and the recipient. Any false statements herein may be subject to penalties under applicable laws.</w:t>
      </w:r>
    </w:p>
    <w:p/>
    <w:p/>
    <w:p>
      <w:r>
        <w:rPr>
          <w:b w:val="0"/>
          <w:sz w:val="20"/>
        </w:rPr>
        <w:t>Verifier's Signature: ____________________________________________</w:t>
      </w:r>
    </w:p>
    <w:p>
      <w:r>
        <w:rPr>
          <w:b w:val="0"/>
          <w:sz w:val="20"/>
        </w:rPr>
        <w:t>Date: __________________________________________________________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VERIFIER</w:t>
            </w:r>
          </w:p>
        </w:tc>
        <w:tc>
          <w:tcPr>
            <w:tcW w:type="dxa" w:w="4986"/>
            <w:tcBorders>
              <w:top w:val="nil"/>
              <w:left w:val="nil"/>
              <w:bottom w:val="nil"/>
              <w:right w:val="nil"/>
              <w:insideH w:val="nil"/>
              <w:insideV w:val="nil"/>
            </w:tcBorders>
          </w:tcPr>
          <w:p>
            <w:pPr>
              <w:jc w:val="center"/>
            </w:pPr>
            <w:r>
              <w:t>INDIVIDUAL</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https://letter247-us.com/address-verification-letter/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address-verification-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