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FORMAL RESIGNATION LETTER</w:t>
      </w:r>
    </w:p>
    <w:p/>
    <w:p/>
    <w:p>
      <w:r>
        <w:rPr>
          <w:b/>
          <w:sz w:val="20"/>
        </w:rPr>
        <w:t>To:</w:t>
      </w:r>
    </w:p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______________________________</w:t>
      </w:r>
    </w:p>
    <w:p/>
    <w:p/>
    <w:p>
      <w:r>
        <w:rPr>
          <w:b w:val="0"/>
          <w:sz w:val="20"/>
        </w:rPr>
        <w:t>Dear ________________________________,</w:t>
      </w:r>
    </w:p>
    <w:p/>
    <w:p>
      <w:r>
        <w:rPr>
          <w:b w:val="0"/>
          <w:sz w:val="20"/>
        </w:rPr>
        <w:t>I am writing to formally resign from my position as ________________________________ at ________________________________, effective two weeks from the date of this letter.</w:t>
      </w:r>
    </w:p>
    <w:p/>
    <w:p>
      <w:r>
        <w:rPr>
          <w:b w:val="0"/>
          <w:sz w:val="20"/>
        </w:rPr>
        <w:t>This decision was not made lightly and comes after careful consideration of my personal and professional goals.</w:t>
      </w:r>
    </w:p>
    <w:p/>
    <w:p>
      <w:r>
        <w:rPr>
          <w:b w:val="0"/>
          <w:sz w:val="20"/>
        </w:rPr>
        <w:t>I want to express my sincere gratitude for the opportunities for growth and development that I have experienced during my tenure. Working with you and the team has been both rewarding and enriching.</w:t>
      </w:r>
    </w:p>
    <w:p/>
    <w:p>
      <w:r>
        <w:rPr>
          <w:b w:val="0"/>
          <w:sz w:val="20"/>
        </w:rPr>
        <w:t>To ensure a smooth transition, I am committed to completing my current projects and assisting with the handover of my responsibilities during the notice period.</w:t>
      </w:r>
    </w:p>
    <w:p/>
    <w:p>
      <w:r>
        <w:rPr>
          <w:b w:val="0"/>
          <w:sz w:val="20"/>
        </w:rPr>
        <w:t>Please let me know how I can be of assistance in this process. I can be reached at ________________________________ or ________________________________ after my departure.</w:t>
      </w:r>
    </w:p>
    <w:p/>
    <w:p>
      <w:r>
        <w:rPr>
          <w:b w:val="0"/>
          <w:sz w:val="20"/>
        </w:rPr>
        <w:t>Thank you again for the support and guidance provided during my employment. I wish the company continued success in all future endeavors.</w:t>
      </w:r>
    </w:p>
    <w:p/>
    <w:p/>
    <w:p>
      <w:r>
        <w:rPr>
          <w:b w:val="0"/>
          <w:sz w:val="20"/>
        </w:rPr>
        <w:t>Sincerely,</w:t>
      </w:r>
    </w:p>
    <w:p/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Signature</w:t>
      </w:r>
    </w:p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Printed Name</w:t>
      </w:r>
    </w:p>
    <w:p/>
    <w:p>
      <w:r>
        <w:rPr>
          <w:b w:val="0"/>
          <w:sz w:val="20"/>
        </w:rPr>
        <w:t>Date: ________________________________</w:t>
      </w:r>
    </w:p>
    <w:p/>
    <w:p/>
    <w:p>
      <w:r>
        <w:rPr>
          <w:b/>
          <w:sz w:val="20"/>
        </w:rPr>
        <w:t>Acknowledged by: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 Representative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https://letter247-us.com/able-resignation-letter/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able-resignation-letter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