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30 DAY 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Manager/Supervisor Name: ____________________________________________</w:t>
      </w:r>
    </w:p>
    <w:p>
      <w:r>
        <w:rPr>
          <w:b w:val="0"/>
          <w:sz w:val="20"/>
        </w:rPr>
        <w:t>Company Name: ______________________________________________________</w:t>
      </w:r>
    </w:p>
    <w:p>
      <w:r>
        <w:rPr>
          <w:b w:val="0"/>
          <w:sz w:val="20"/>
        </w:rPr>
        <w:t>Company Address: ___________________________________________________</w:t>
      </w:r>
    </w:p>
    <w:p/>
    <w:p>
      <w:r>
        <w:rPr>
          <w:b w:val="0"/>
          <w:sz w:val="20"/>
        </w:rPr>
        <w:t>Dear [Manager/Supervisor Name],</w:t>
      </w:r>
    </w:p>
    <w:p/>
    <w:p>
      <w:r>
        <w:rPr>
          <w:b w:val="0"/>
          <w:sz w:val="20"/>
        </w:rPr>
        <w:t>I am writing to formally notify you of my resignation from my position at [Company Name]. In accordance with company policy and applicable employment agreements, this letter serves as my official 30-day notice of resignation.</w:t>
      </w:r>
    </w:p>
    <w:p/>
    <w:p>
      <w:r>
        <w:rPr>
          <w:b w:val="0"/>
          <w:sz w:val="20"/>
        </w:rPr>
        <w:t>My last working day will be exactly 30 calendar days from the date this notice is delivered, during which time I will continue to perform my duties to the best of my abilities and facilitate a smooth transition.</w:t>
      </w:r>
    </w:p>
    <w:p/>
    <w:p>
      <w:r>
        <w:rPr>
          <w:b w:val="0"/>
          <w:sz w:val="20"/>
        </w:rPr>
        <w:t>Reason for resignation (optional): __________________________________________________________________________</w:t>
      </w:r>
    </w:p>
    <w:p/>
    <w:p>
      <w:r>
        <w:rPr>
          <w:b w:val="0"/>
          <w:sz w:val="20"/>
        </w:rPr>
        <w:t>I am committed to assisting in the transfer of my responsibilities and training of my replacement to ensure minimal disruption to operations.</w:t>
      </w:r>
    </w:p>
    <w:p/>
    <w:p>
      <w:r>
        <w:rPr>
          <w:b w:val="0"/>
          <w:sz w:val="20"/>
        </w:rPr>
        <w:t>I appreciate the opportunities for professional and personal development that I have received during my time at [Company Name]. I value the experience and knowledge gained and extend my best wishes for the continued success of the company.</w:t>
      </w:r>
    </w:p>
    <w:p/>
    <w:p>
      <w:r>
        <w:rPr>
          <w:b w:val="0"/>
          <w:sz w:val="20"/>
        </w:rPr>
        <w:t>I will ensure that all company property, including but not limited to keys, equipment, documents, and confidential information, are returned prior to my departure.</w:t>
      </w:r>
    </w:p>
    <w:p/>
    <w:p>
      <w:r>
        <w:rPr>
          <w:b w:val="0"/>
          <w:sz w:val="20"/>
        </w:rPr>
        <w:t>I acknowledge my continuing obligation to maintain the confidentiality of proprietary and sensitive information as stipulated in my employment agreement, both during and after my employment term.</w:t>
      </w:r>
    </w:p>
    <w:p/>
    <w:p>
      <w:r>
        <w:rPr>
          <w:b w:val="0"/>
          <w:sz w:val="20"/>
        </w:rPr>
        <w:t>Please feel free to contact me at the following during the notice period for any necessary communication or clarification:</w:t>
      </w:r>
    </w:p>
    <w:p>
      <w:r>
        <w:rPr>
          <w:b w:val="0"/>
          <w:sz w:val="20"/>
        </w:rPr>
        <w:t>Phone: 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</w:t>
      </w:r>
    </w:p>
    <w:p/>
    <w:p>
      <w:r>
        <w:rPr>
          <w:b w:val="0"/>
          <w:sz w:val="20"/>
        </w:rPr>
        <w:t>Thank you for your understanding and cooperation.</w:t>
      </w:r>
    </w:p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Employee Signature</w:t>
      </w:r>
    </w:p>
    <w:p/>
    <w:p>
      <w:r>
        <w:rPr>
          <w:b w:val="0"/>
          <w:sz w:val="20"/>
        </w:rPr>
        <w:t>Printed Name: ______________________________________________________</w:t>
      </w:r>
    </w:p>
    <w:p/>
    <w:p/>
    <w:p>
      <w:r>
        <w:rPr>
          <w:b w:val="0"/>
          <w:sz w:val="20"/>
        </w:rPr>
        <w:t>Place: ______________________________________________________________</w:t>
      </w:r>
    </w:p>
    <w:p>
      <w:r>
        <w:rPr>
          <w:b w:val="0"/>
          <w:sz w:val="20"/>
        </w:rPr>
        <w:t>Date: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https://letter247-us.com/30-day-resignation-letter/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30-day-resignation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